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ReviewKing 참조 사이트 분석 및 기능 추가 제안</w:t>
      </w:r>
    </w:p>
    <w:p>
      <w:pPr>
        <w:pStyle w:val="Heading1"/>
      </w:pPr>
      <w:r>
        <w:t>0. Executive Summary</w:t>
      </w:r>
    </w:p>
    <w:p>
      <w:r>
        <w:t>ReviewKing은 단순한 리뷰 문구 생성기가 아니라 **고객관리 + 리뷰 목적지 관리 + SMS/Kakao 리뷰 요청 + 예약발송 + 발송 이력 + 기본 리포트 + 홈페이지 구축 패키지**가 결합된 리뷰 성장 CRM으로 설계해야 합니다.</w:t>
      </w:r>
    </w:p>
    <w:p>
      <w:r>
        <w:t>가장 중요한 MVP 기준은 다음입니다.</w:t>
      </w:r>
    </w:p>
    <w:p>
      <w:pPr>
        <w:pStyle w:val="ListNumber"/>
      </w:pPr>
      <w:r>
        <w:t>업체/매장 관리</w:t>
      </w:r>
    </w:p>
    <w:p>
      <w:pPr>
        <w:pStyle w:val="ListNumber"/>
      </w:pPr>
      <w:r>
        <w:t>고객 등록 및 소량 CSV 업로드</w:t>
      </w:r>
    </w:p>
    <w:p>
      <w:pPr>
        <w:pStyle w:val="ListNumber"/>
      </w:pPr>
      <w:r>
        <w:t>리뷰 목적지 등록: 네이버 플레이스, Google Maps, 카카오맵, 숨고, 크몽, 자체 리뷰 페이지, 커스텀 URL</w:t>
      </w:r>
    </w:p>
    <w:p>
      <w:pPr>
        <w:pStyle w:val="ListNumber"/>
      </w:pPr>
      <w:r>
        <w:t>감사와 진심 기반 리뷰 요청 템플릿</w:t>
      </w:r>
    </w:p>
    <w:p>
      <w:pPr>
        <w:pStyle w:val="ListNumber"/>
      </w:pPr>
      <w:r>
        <w:t>SMS/LMS 즉시 발송 및 예약 발송</w:t>
      </w:r>
    </w:p>
    <w:p>
      <w:pPr>
        <w:pStyle w:val="ListNumber"/>
      </w:pPr>
      <w:r>
        <w:t>Kakao 알림톡/친구톡은 구조를 먼저 포함하고, 템플릿 심사/채널 준비 후 활성화</w:t>
      </w:r>
    </w:p>
    <w:p>
      <w:pPr>
        <w:pStyle w:val="ListNumber"/>
      </w:pPr>
      <w:r>
        <w:t>발송 상태/고객별 리뷰 요청 상태/기본 리포트</w:t>
      </w:r>
    </w:p>
    <w:p>
      <w:pPr>
        <w:pStyle w:val="ListNumber"/>
      </w:pPr>
      <w:r>
        <w:t>홈페이지 필요 업체를 위한 리뷰 성장형 홈페이지 패키지 연결</w:t>
      </w:r>
    </w:p>
    <w:p>
      <w:pPr>
        <w:ind w:left="360" w:right="360"/>
      </w:pPr>
      <w:r>
        <w:t>디자인 참고 원칙: 참조 사이트의 레이아웃·정보구조·사용자 흐름을 분석하고 영감으로만 사용합니다. 로고, 문구, 시각요소를 그대로 복제하지 않습니다.</w:t>
      </w:r>
    </w:p>
    <w:p>
      <w:pPr>
        <w:pStyle w:val="Heading1"/>
      </w:pPr>
      <w:r>
        <w:t>1. ReviewKing 기능 추가/보강 제안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우선순위</w:t>
            </w:r>
          </w:p>
        </w:tc>
        <w:tc>
          <w:tcPr>
            <w:tcW w:type="dxa" w:w="2880"/>
          </w:tcPr>
          <w:p>
            <w:r>
              <w:t>기능</w:t>
            </w:r>
          </w:p>
        </w:tc>
        <w:tc>
          <w:tcPr>
            <w:tcW w:type="dxa" w:w="2880"/>
          </w:tcPr>
          <w:p>
            <w:r>
              <w:t>반영 위치</w:t>
            </w:r>
          </w:p>
        </w:tc>
        <w:tc>
          <w:tcPr>
            <w:tcW w:type="dxa" w:w="2880"/>
          </w:tcPr>
          <w:p>
            <w:r>
              <w:t>이유</w:t>
            </w:r>
          </w:p>
        </w:tc>
        <w:tc>
          <w:tcPr>
            <w:tcW w:type="dxa" w:w="2880"/>
          </w:tcPr>
          <w:p>
            <w:r>
              <w:t>플랜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고객 등록/CSV 소량 업로드</w:t>
            </w:r>
          </w:p>
        </w:tc>
        <w:tc>
          <w:tcPr>
            <w:tcW w:type="dxa" w:w="2880"/>
          </w:tcPr>
          <w:p>
            <w:r>
              <w:t>고객관리</w:t>
            </w:r>
          </w:p>
        </w:tc>
        <w:tc>
          <w:tcPr>
            <w:tcW w:type="dxa" w:w="2880"/>
          </w:tcPr>
          <w:p>
            <w:r>
              <w:t>리뷰 요청 대상 확보</w:t>
            </w:r>
          </w:p>
        </w:tc>
        <w:tc>
          <w:tcPr>
            <w:tcW w:type="dxa" w:w="2880"/>
          </w:tcPr>
          <w:p>
            <w:r>
              <w:t>무료체험/Standard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리뷰 목적지 등록/선택</w:t>
            </w:r>
          </w:p>
        </w:tc>
        <w:tc>
          <w:tcPr>
            <w:tcW w:type="dxa" w:w="2880"/>
          </w:tcPr>
          <w:p>
            <w:r>
              <w:t>리뷰 목적지</w:t>
            </w:r>
          </w:p>
        </w:tc>
        <w:tc>
          <w:tcPr>
            <w:tcW w:type="dxa" w:w="2880"/>
          </w:tcPr>
          <w:p>
            <w:r>
              <w:t>네이버/구글/카카오/숨고/크몽/자체 URL 분기</w:t>
            </w:r>
          </w:p>
        </w:tc>
        <w:tc>
          <w:tcPr>
            <w:tcW w:type="dxa" w:w="2880"/>
          </w:tcPr>
          <w:p>
            <w:r>
              <w:t>무료체험/Standard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감사 메시지 템플릿</w:t>
            </w:r>
          </w:p>
        </w:tc>
        <w:tc>
          <w:tcPr>
            <w:tcW w:type="dxa" w:w="2880"/>
          </w:tcPr>
          <w:p>
            <w:r>
              <w:t>메시지 작성</w:t>
            </w:r>
          </w:p>
        </w:tc>
        <w:tc>
          <w:tcPr>
            <w:tcW w:type="dxa" w:w="2880"/>
          </w:tcPr>
          <w:p>
            <w:r>
              <w:t>진심 어린 요청 품질과 정책 리스크 관리</w:t>
            </w:r>
          </w:p>
        </w:tc>
        <w:tc>
          <w:tcPr>
            <w:tcW w:type="dxa" w:w="2880"/>
          </w:tcPr>
          <w:p>
            <w:r>
              <w:t>무료체험/Standard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SMS/LMS 즉시 발송</w:t>
            </w:r>
          </w:p>
        </w:tc>
        <w:tc>
          <w:tcPr>
            <w:tcW w:type="dxa" w:w="2880"/>
          </w:tcPr>
          <w:p>
            <w:r>
              <w:t>발송</w:t>
            </w:r>
          </w:p>
        </w:tc>
        <w:tc>
          <w:tcPr>
            <w:tcW w:type="dxa" w:w="2880"/>
          </w:tcPr>
          <w:p>
            <w:r>
              <w:t>제품 핵심 가치</w:t>
            </w:r>
          </w:p>
        </w:tc>
        <w:tc>
          <w:tcPr>
            <w:tcW w:type="dxa" w:w="2880"/>
          </w:tcPr>
          <w:p>
            <w:r>
              <w:t>무료체험 제한/Standard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예약발송</w:t>
            </w:r>
          </w:p>
        </w:tc>
        <w:tc>
          <w:tcPr>
            <w:tcW w:type="dxa" w:w="2880"/>
          </w:tcPr>
          <w:p>
            <w:r>
              <w:t>발송</w:t>
            </w:r>
          </w:p>
        </w:tc>
        <w:tc>
          <w:tcPr>
            <w:tcW w:type="dxa" w:w="2880"/>
          </w:tcPr>
          <w:p>
            <w:r>
              <w:t>방문 다음날 등 최적 타이밍 운영</w:t>
            </w:r>
          </w:p>
        </w:tc>
        <w:tc>
          <w:tcPr>
            <w:tcW w:type="dxa" w:w="2880"/>
          </w:tcPr>
          <w:p>
            <w:r>
              <w:t>무료체험 제한/Standard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발송 상태/이력</w:t>
            </w:r>
          </w:p>
        </w:tc>
        <w:tc>
          <w:tcPr>
            <w:tcW w:type="dxa" w:w="2880"/>
          </w:tcPr>
          <w:p>
            <w:r>
              <w:t>리포트/고객 상세</w:t>
            </w:r>
          </w:p>
        </w:tc>
        <w:tc>
          <w:tcPr>
            <w:tcW w:type="dxa" w:w="2880"/>
          </w:tcPr>
          <w:p>
            <w:r>
              <w:t>운영과 과금/문제 대응 근거</w:t>
            </w:r>
          </w:p>
        </w:tc>
        <w:tc>
          <w:tcPr>
            <w:tcW w:type="dxa" w:w="2880"/>
          </w:tcPr>
          <w:p>
            <w:r>
              <w:t>무료체험/Standard</w:t>
            </w:r>
          </w:p>
        </w:tc>
      </w:tr>
      <w:tr>
        <w:tc>
          <w:tcPr>
            <w:tcW w:type="dxa" w:w="2880"/>
          </w:tcPr>
          <w:p>
            <w:r>
              <w:t>P0</w:t>
            </w:r>
          </w:p>
        </w:tc>
        <w:tc>
          <w:tcPr>
            <w:tcW w:type="dxa" w:w="2880"/>
          </w:tcPr>
          <w:p>
            <w:r>
              <w:t>금지표현 검사</w:t>
            </w:r>
          </w:p>
        </w:tc>
        <w:tc>
          <w:tcPr>
            <w:tcW w:type="dxa" w:w="2880"/>
          </w:tcPr>
          <w:p>
            <w:r>
              <w:t>템플릿</w:t>
            </w:r>
          </w:p>
        </w:tc>
        <w:tc>
          <w:tcPr>
            <w:tcW w:type="dxa" w:w="2880"/>
          </w:tcPr>
          <w:p>
            <w:r>
              <w:t>별점 강요/보상/허위리뷰 방지</w:t>
            </w:r>
          </w:p>
        </w:tc>
        <w:tc>
          <w:tcPr>
            <w:tcW w:type="dxa" w:w="2880"/>
          </w:tcPr>
          <w:p>
            <w:r>
              <w:t>전체</w:t>
            </w:r>
          </w:p>
        </w:tc>
      </w:tr>
      <w:tr>
        <w:tc>
          <w:tcPr>
            <w:tcW w:type="dxa" w:w="2880"/>
          </w:tcPr>
          <w:p>
            <w:r>
              <w:t>P1</w:t>
            </w:r>
          </w:p>
        </w:tc>
        <w:tc>
          <w:tcPr>
            <w:tcW w:type="dxa" w:w="2880"/>
          </w:tcPr>
          <w:p>
            <w:r>
              <w:t>Kakao 알림톡 준비 상태</w:t>
            </w:r>
          </w:p>
        </w:tc>
        <w:tc>
          <w:tcPr>
            <w:tcW w:type="dxa" w:w="2880"/>
          </w:tcPr>
          <w:p>
            <w:r>
              <w:t>발송 설정</w:t>
            </w:r>
          </w:p>
        </w:tc>
        <w:tc>
          <w:tcPr>
            <w:tcW w:type="dxa" w:w="2880"/>
          </w:tcPr>
          <w:p>
            <w:r>
              <w:t>국내 시장 핵심 채널이나 심사 필요</w:t>
            </w:r>
          </w:p>
        </w:tc>
        <w:tc>
          <w:tcPr>
            <w:tcW w:type="dxa" w:w="2880"/>
          </w:tcPr>
          <w:p>
            <w:r>
              <w:t>Standard</w:t>
            </w:r>
          </w:p>
        </w:tc>
      </w:tr>
      <w:tr>
        <w:tc>
          <w:tcPr>
            <w:tcW w:type="dxa" w:w="2880"/>
          </w:tcPr>
          <w:p>
            <w:r>
              <w:t>P1</w:t>
            </w:r>
          </w:p>
        </w:tc>
        <w:tc>
          <w:tcPr>
            <w:tcW w:type="dxa" w:w="2880"/>
          </w:tcPr>
          <w:p>
            <w:r>
              <w:t>자체 리뷰 랜딩</w:t>
            </w:r>
          </w:p>
        </w:tc>
        <w:tc>
          <w:tcPr>
            <w:tcW w:type="dxa" w:w="2880"/>
          </w:tcPr>
          <w:p>
            <w:r>
              <w:t>홈페이지/리뷰 목적지</w:t>
            </w:r>
          </w:p>
        </w:tc>
        <w:tc>
          <w:tcPr>
            <w:tcW w:type="dxa" w:w="2880"/>
          </w:tcPr>
          <w:p>
            <w:r>
              <w:t>홈페이지 없는 업체의 즉시 활용</w:t>
            </w:r>
          </w:p>
        </w:tc>
        <w:tc>
          <w:tcPr>
            <w:tcW w:type="dxa" w:w="2880"/>
          </w:tcPr>
          <w:p>
            <w:r>
              <w:t>Standard</w:t>
            </w:r>
          </w:p>
        </w:tc>
      </w:tr>
      <w:tr>
        <w:tc>
          <w:tcPr>
            <w:tcW w:type="dxa" w:w="2880"/>
          </w:tcPr>
          <w:p>
            <w:r>
              <w:t>P1</w:t>
            </w:r>
          </w:p>
        </w:tc>
        <w:tc>
          <w:tcPr>
            <w:tcW w:type="dxa" w:w="2880"/>
          </w:tcPr>
          <w:p>
            <w:r>
              <w:t>홈페이지 구축 상담 리드</w:t>
            </w:r>
          </w:p>
        </w:tc>
        <w:tc>
          <w:tcPr>
            <w:tcW w:type="dxa" w:w="2880"/>
          </w:tcPr>
          <w:p>
            <w:r>
              <w:t>부가서비스</w:t>
            </w:r>
          </w:p>
        </w:tc>
        <w:tc>
          <w:tcPr>
            <w:tcW w:type="dxa" w:w="2880"/>
          </w:tcPr>
          <w:p>
            <w:r>
              <w:t>세랑주인님 요구사항 직접 반영</w:t>
            </w:r>
          </w:p>
        </w:tc>
        <w:tc>
          <w:tcPr>
            <w:tcW w:type="dxa" w:w="2880"/>
          </w:tcPr>
          <w:p>
            <w:r>
              <w:t>무료체험/Standard</w:t>
            </w:r>
          </w:p>
        </w:tc>
      </w:tr>
      <w:tr>
        <w:tc>
          <w:tcPr>
            <w:tcW w:type="dxa" w:w="2880"/>
          </w:tcPr>
          <w:p>
            <w:r>
              <w:t>P2</w:t>
            </w:r>
          </w:p>
        </w:tc>
        <w:tc>
          <w:tcPr>
            <w:tcW w:type="dxa" w:w="2880"/>
          </w:tcPr>
          <w:p>
            <w:r>
              <w:t>AI 리뷰 답글 초안</w:t>
            </w:r>
          </w:p>
        </w:tc>
        <w:tc>
          <w:tcPr>
            <w:tcW w:type="dxa" w:w="2880"/>
          </w:tcPr>
          <w:p>
            <w:r>
              <w:t>리뷰 관리</w:t>
            </w:r>
          </w:p>
        </w:tc>
        <w:tc>
          <w:tcPr>
            <w:tcW w:type="dxa" w:w="2880"/>
          </w:tcPr>
          <w:p>
            <w:r>
              <w:t>운영 편의성</w:t>
            </w:r>
          </w:p>
        </w:tc>
        <w:tc>
          <w:tcPr>
            <w:tcW w:type="dxa" w:w="2880"/>
          </w:tcPr>
          <w:p>
            <w:r>
              <w:t>Premium</w:t>
            </w:r>
          </w:p>
        </w:tc>
      </w:tr>
      <w:tr>
        <w:tc>
          <w:tcPr>
            <w:tcW w:type="dxa" w:w="2880"/>
          </w:tcPr>
          <w:p>
            <w:r>
              <w:t>P2</w:t>
            </w:r>
          </w:p>
        </w:tc>
        <w:tc>
          <w:tcPr>
            <w:tcW w:type="dxa" w:w="2880"/>
          </w:tcPr>
          <w:p>
            <w:r>
              <w:t>리뷰 위젯/신뢰배지</w:t>
            </w:r>
          </w:p>
        </w:tc>
        <w:tc>
          <w:tcPr>
            <w:tcW w:type="dxa" w:w="2880"/>
          </w:tcPr>
          <w:p>
            <w:r>
              <w:t>홈페이지</w:t>
            </w:r>
          </w:p>
        </w:tc>
        <w:tc>
          <w:tcPr>
            <w:tcW w:type="dxa" w:w="2880"/>
          </w:tcPr>
          <w:p>
            <w:r>
              <w:t>홈페이지 패키지 업셀</w:t>
            </w:r>
          </w:p>
        </w:tc>
        <w:tc>
          <w:tcPr>
            <w:tcW w:type="dxa" w:w="2880"/>
          </w:tcPr>
          <w:p>
            <w:r>
              <w:t>Premium/홈페이지 패키지</w:t>
            </w:r>
          </w:p>
        </w:tc>
      </w:tr>
      <w:tr>
        <w:tc>
          <w:tcPr>
            <w:tcW w:type="dxa" w:w="2880"/>
          </w:tcPr>
          <w:p>
            <w:r>
              <w:t>P2</w:t>
            </w:r>
          </w:p>
        </w:tc>
        <w:tc>
          <w:tcPr>
            <w:tcW w:type="dxa" w:w="2880"/>
          </w:tcPr>
          <w:p>
            <w:r>
              <w:t>다지점/팀 권한</w:t>
            </w:r>
          </w:p>
        </w:tc>
        <w:tc>
          <w:tcPr>
            <w:tcW w:type="dxa" w:w="2880"/>
          </w:tcPr>
          <w:p>
            <w:r>
              <w:t>관리</w:t>
            </w:r>
          </w:p>
        </w:tc>
        <w:tc>
          <w:tcPr>
            <w:tcW w:type="dxa" w:w="2880"/>
          </w:tcPr>
          <w:p>
            <w:r>
              <w:t>프랜차이즈/대형 고객</w:t>
            </w:r>
          </w:p>
        </w:tc>
        <w:tc>
          <w:tcPr>
            <w:tcW w:type="dxa" w:w="2880"/>
          </w:tcPr>
          <w:p>
            <w:r>
              <w:t>Premium</w:t>
            </w:r>
          </w:p>
        </w:tc>
      </w:tr>
    </w:tbl>
    <w:p>
      <w:pPr>
        <w:pStyle w:val="Heading1"/>
      </w:pPr>
      <w:r>
        <w:t>2. 국내/해외 참조 사이트 기능 분석</w:t>
      </w:r>
    </w:p>
    <w:p>
      <w:pPr>
        <w:pStyle w:val="Heading2"/>
      </w:pPr>
      <w:r>
        <w:t>브이리뷰</w:t>
      </w:r>
    </w:p>
    <w:p>
      <w:pPr>
        <w:pStyle w:val="ListBullet"/>
      </w:pPr>
      <w:r>
        <w:t>구분: 국내 리뷰/커머스</w:t>
      </w:r>
    </w:p>
    <w:p>
      <w:pPr>
        <w:pStyle w:val="ListBullet"/>
      </w:pPr>
      <w:r>
        <w:t>공식 URL: https://vreview.tv/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쇼핑몰/브랜드</w:t>
      </w:r>
    </w:p>
    <w:p>
      <w:pPr>
        <w:pStyle w:val="ListBullet"/>
      </w:pPr>
      <w:r>
        <w:t>리뷰 요청 채널: 카카오 알림톡, 챗봇형 리뷰 요청</w:t>
      </w:r>
    </w:p>
    <w:p>
      <w:pPr>
        <w:pStyle w:val="ListBullet"/>
      </w:pPr>
      <w:r>
        <w:t>리뷰 목적지: 자사몰 리뷰</w:t>
      </w:r>
    </w:p>
    <w:p>
      <w:pPr>
        <w:pStyle w:val="ListBullet"/>
      </w:pPr>
      <w:r>
        <w:t>가격/체험: 상담형</w:t>
      </w:r>
    </w:p>
    <w:p>
      <w:pPr>
        <w:pStyle w:val="ListBullet"/>
      </w:pPr>
      <w:r>
        <w:t>디자인/UX 참고: AI·챗봇·알림톡 중심, 자동 수집/노출을 강조하는 랜딩</w:t>
      </w:r>
    </w:p>
    <w:p>
      <w:pPr>
        <w:pStyle w:val="ListBullet"/>
      </w:pPr>
      <w:r>
        <w:t>ReviewKing MVP 반영: 알림톡 기반 리뷰 요청 UX, 후속 요청 구조</w:t>
      </w:r>
    </w:p>
    <w:p>
      <w:pPr>
        <w:pStyle w:val="ListBullet"/>
      </w:pPr>
      <w:r>
        <w:t>나중/프리미엄 후보: AI 리뷰 관리, 영상 리뷰</w:t>
      </w:r>
    </w:p>
    <w:p>
      <w:pPr>
        <w:pStyle w:val="ListBullet"/>
      </w:pPr>
      <w:r>
        <w:t>정책/적합성 리스크: 커머스 중심이라 로컬 목적지 리뷰와 차이</w:t>
      </w:r>
    </w:p>
    <w:p>
      <w:pPr>
        <w:pStyle w:val="Heading2"/>
      </w:pPr>
      <w:r>
        <w:t>크리마 리뷰</w:t>
      </w:r>
    </w:p>
    <w:p>
      <w:pPr>
        <w:pStyle w:val="ListBullet"/>
      </w:pPr>
      <w:r>
        <w:t>구분: 국내 리뷰/커머스</w:t>
      </w:r>
    </w:p>
    <w:p>
      <w:pPr>
        <w:pStyle w:val="ListBullet"/>
      </w:pPr>
      <w:r>
        <w:t>공식 URL: https://www.cre.ma/global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쇼핑몰/Shopify/Cafe24</w:t>
      </w:r>
    </w:p>
    <w:p>
      <w:pPr>
        <w:pStyle w:val="ListBullet"/>
      </w:pPr>
      <w:r>
        <w:t>리뷰 요청 채널: 이메일/문자/알림톡/팝업</w:t>
      </w:r>
    </w:p>
    <w:p>
      <w:pPr>
        <w:pStyle w:val="ListBullet"/>
      </w:pPr>
      <w:r>
        <w:t>리뷰 목적지: 자사몰/상품 리뷰</w:t>
      </w:r>
    </w:p>
    <w:p>
      <w:pPr>
        <w:pStyle w:val="ListBullet"/>
      </w:pPr>
      <w:r>
        <w:t>가격/체험: 상담형/앱스토어</w:t>
      </w:r>
    </w:p>
    <w:p>
      <w:pPr>
        <w:pStyle w:val="ListBullet"/>
      </w:pPr>
      <w:r>
        <w:t>디자인/UX 참고: 글로벌 SaaS형 히어로, 리뷰 수집 성과와 위젯을 강조</w:t>
      </w:r>
    </w:p>
    <w:p>
      <w:pPr>
        <w:pStyle w:val="ListBullet"/>
      </w:pPr>
      <w:r>
        <w:t>ReviewKing MVP 반영: 자동 리뷰 요청, 리뷰 위젯 정보구조</w:t>
      </w:r>
    </w:p>
    <w:p>
      <w:pPr>
        <w:pStyle w:val="ListBullet"/>
      </w:pPr>
      <w:r>
        <w:t>나중/프리미엄 후보: 고급 커머스 연동</w:t>
      </w:r>
    </w:p>
    <w:p>
      <w:pPr>
        <w:pStyle w:val="ListBullet"/>
      </w:pPr>
      <w:r>
        <w:t>정책/적합성 리스크: 커머스 주문 기반으로 ReviewKing 타깃과 차이</w:t>
      </w:r>
    </w:p>
    <w:p>
      <w:pPr>
        <w:pStyle w:val="Heading2"/>
      </w:pPr>
      <w:r>
        <w:t>알파리뷰</w:t>
      </w:r>
    </w:p>
    <w:p>
      <w:pPr>
        <w:pStyle w:val="ListBullet"/>
      </w:pPr>
      <w:r>
        <w:t>구분: 국내 리뷰/커머스</w:t>
      </w:r>
    </w:p>
    <w:p>
      <w:pPr>
        <w:pStyle w:val="ListBullet"/>
      </w:pPr>
      <w:r>
        <w:t>공식 URL: https://alph.kr/alphareview/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쇼핑몰</w:t>
      </w:r>
    </w:p>
    <w:p>
      <w:pPr>
        <w:pStyle w:val="ListBullet"/>
      </w:pPr>
      <w:r>
        <w:t>리뷰 요청 채널: 알림톡, 리뷰 요청, 소셜 리뷰</w:t>
      </w:r>
    </w:p>
    <w:p>
      <w:pPr>
        <w:pStyle w:val="ListBullet"/>
      </w:pPr>
      <w:r>
        <w:t>리뷰 목적지: 자사몰/소셜 리뷰</w:t>
      </w:r>
    </w:p>
    <w:p>
      <w:pPr>
        <w:pStyle w:val="ListBullet"/>
      </w:pPr>
      <w:r>
        <w:t>가격/체험: 14일 무료체험 언급</w:t>
      </w:r>
    </w:p>
    <w:p>
      <w:pPr>
        <w:pStyle w:val="ListBullet"/>
      </w:pPr>
      <w:r>
        <w:t>디자인/UX 참고: 가이드/기능 문서가 상세, 위젯 모듈이 풍부</w:t>
      </w:r>
    </w:p>
    <w:p>
      <w:pPr>
        <w:pStyle w:val="ListBullet"/>
      </w:pPr>
      <w:r>
        <w:t>ReviewKing MVP 반영: 템플릿/위젯/알림톡 운영 참고</w:t>
      </w:r>
    </w:p>
    <w:p>
      <w:pPr>
        <w:pStyle w:val="ListBullet"/>
      </w:pPr>
      <w:r>
        <w:t>나중/프리미엄 후보: 고급 위젯/소셜 연동</w:t>
      </w:r>
    </w:p>
    <w:p>
      <w:pPr>
        <w:pStyle w:val="ListBullet"/>
      </w:pPr>
      <w:r>
        <w:t>정책/적합성 리스크: 쇼핑몰 리뷰 중심</w:t>
      </w:r>
    </w:p>
    <w:p>
      <w:pPr>
        <w:pStyle w:val="Heading2"/>
      </w:pPr>
      <w:r>
        <w:t>스냅리뷰</w:t>
      </w:r>
    </w:p>
    <w:p>
      <w:pPr>
        <w:pStyle w:val="ListBullet"/>
      </w:pPr>
      <w:r>
        <w:t>구분: 국내 리뷰/커머스</w:t>
      </w:r>
    </w:p>
    <w:p>
      <w:pPr>
        <w:pStyle w:val="ListBullet"/>
      </w:pPr>
      <w:r>
        <w:t>공식 URL: https://snapreview.snapcompany.net/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쇼핑몰</w:t>
      </w:r>
    </w:p>
    <w:p>
      <w:pPr>
        <w:pStyle w:val="ListBullet"/>
      </w:pPr>
      <w:r>
        <w:t>리뷰 요청 채널: 미확인</w:t>
      </w:r>
    </w:p>
    <w:p>
      <w:pPr>
        <w:pStyle w:val="ListBullet"/>
      </w:pPr>
      <w:r>
        <w:t>리뷰 목적지: 자사몰 리뷰</w:t>
      </w:r>
    </w:p>
    <w:p>
      <w:pPr>
        <w:pStyle w:val="ListBullet"/>
      </w:pPr>
      <w:r>
        <w:t>가격/체험: 미확인</w:t>
      </w:r>
    </w:p>
    <w:p>
      <w:pPr>
        <w:pStyle w:val="ListBullet"/>
      </w:pPr>
      <w:r>
        <w:t>디자인/UX 참고: 트렌디한 위젯/디자인 강조</w:t>
      </w:r>
    </w:p>
    <w:p>
      <w:pPr>
        <w:pStyle w:val="ListBullet"/>
      </w:pPr>
      <w:r>
        <w:t>ReviewKing MVP 반영: 리뷰 표시 UX 참고</w:t>
      </w:r>
    </w:p>
    <w:p>
      <w:pPr>
        <w:pStyle w:val="ListBullet"/>
      </w:pPr>
      <w:r>
        <w:t>나중/프리미엄 후보: 커머스 위젯</w:t>
      </w:r>
    </w:p>
    <w:p>
      <w:pPr>
        <w:pStyle w:val="ListBullet"/>
      </w:pPr>
      <w:r>
        <w:t>정책/적합성 리스크: 정보 접근성 낮음</w:t>
      </w:r>
    </w:p>
    <w:p>
      <w:pPr>
        <w:pStyle w:val="Heading2"/>
      </w:pPr>
      <w:r>
        <w:t>리펀디 리뷰 요청 알림</w:t>
      </w:r>
    </w:p>
    <w:p>
      <w:pPr>
        <w:pStyle w:val="ListBullet"/>
      </w:pPr>
      <w:r>
        <w:t>구분: 국내 리뷰/커머스</w:t>
      </w:r>
    </w:p>
    <w:p>
      <w:pPr>
        <w:pStyle w:val="ListBullet"/>
      </w:pPr>
      <w:r>
        <w:t>공식 URL: https://blog.refundy.co/purchase-confirm-review-request-alimtalk-automation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스마트스토어/쿠팡 셀러</w:t>
      </w:r>
    </w:p>
    <w:p>
      <w:pPr>
        <w:pStyle w:val="ListBullet"/>
      </w:pPr>
      <w:r>
        <w:t>리뷰 요청 채널: 카카오 알림톡</w:t>
      </w:r>
    </w:p>
    <w:p>
      <w:pPr>
        <w:pStyle w:val="ListBullet"/>
      </w:pPr>
      <w:r>
        <w:t>리뷰 목적지: 스마트스토어/쿠팡 리뷰</w:t>
      </w:r>
    </w:p>
    <w:p>
      <w:pPr>
        <w:pStyle w:val="ListBullet"/>
      </w:pPr>
      <w:r>
        <w:t>가격/체험: 미확인</w:t>
      </w:r>
    </w:p>
    <w:p>
      <w:pPr>
        <w:pStyle w:val="ListBullet"/>
      </w:pPr>
      <w:r>
        <w:t>디자인/UX 참고: 구매확정 이벤트 기반 자동화 설명형 콘텐츠</w:t>
      </w:r>
    </w:p>
    <w:p>
      <w:pPr>
        <w:pStyle w:val="ListBullet"/>
      </w:pPr>
      <w:r>
        <w:t>ReviewKing MVP 반영: 거래 이벤트 후 리뷰 요청 알림 흐름</w:t>
      </w:r>
    </w:p>
    <w:p>
      <w:pPr>
        <w:pStyle w:val="ListBullet"/>
      </w:pPr>
      <w:r>
        <w:t>나중/프리미엄 후보: 마켓 자동 트리거</w:t>
      </w:r>
    </w:p>
    <w:p>
      <w:pPr>
        <w:pStyle w:val="ListBullet"/>
      </w:pPr>
      <w:r>
        <w:t>정책/적합성 리스크: 플랫폼 정책 준수 필요</w:t>
      </w:r>
    </w:p>
    <w:p>
      <w:pPr>
        <w:pStyle w:val="Heading2"/>
      </w:pPr>
      <w:r>
        <w:t>NiceJob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https://get.nicejob.com/pricing</w:t>
      </w:r>
    </w:p>
    <w:p>
      <w:pPr>
        <w:pStyle w:val="ListBullet"/>
      </w:pPr>
      <w:r>
        <w:t>검증 수준: `official-page-read`</w:t>
      </w:r>
    </w:p>
    <w:p>
      <w:pPr>
        <w:pStyle w:val="ListBullet"/>
      </w:pPr>
      <w:r>
        <w:t>타깃 고객: 소상공인/로컬 비즈니스</w:t>
      </w:r>
    </w:p>
    <w:p>
      <w:pPr>
        <w:pStyle w:val="ListBullet"/>
      </w:pPr>
      <w:r>
        <w:t>리뷰 요청 채널: 리뷰 요청 자동화</w:t>
      </w:r>
    </w:p>
    <w:p>
      <w:pPr>
        <w:pStyle w:val="ListBullet"/>
      </w:pPr>
      <w:r>
        <w:t>리뷰 목적지: 주요 리뷰 사이트</w:t>
      </w:r>
    </w:p>
    <w:p>
      <w:pPr>
        <w:pStyle w:val="ListBullet"/>
      </w:pPr>
      <w:r>
        <w:t>가격/체험: Reviews $75/mo, Pro $125/mo, 14일 무료, Sites $99/mo + setup</w:t>
      </w:r>
    </w:p>
    <w:p>
      <w:pPr>
        <w:pStyle w:val="ListBullet"/>
      </w:pPr>
      <w:r>
        <w:t>디자인/UX 참고: 작은 사업자용 명확한 플랜 카드, Sites 업셀 구조</w:t>
      </w:r>
    </w:p>
    <w:p>
      <w:pPr>
        <w:pStyle w:val="ListBullet"/>
      </w:pPr>
      <w:r>
        <w:t>ReviewKing MVP 반영: 14일 무료체험, Standard/Premium 분리, 홈페이지 패키지 연결</w:t>
      </w:r>
    </w:p>
    <w:p>
      <w:pPr>
        <w:pStyle w:val="ListBullet"/>
      </w:pPr>
      <w:r>
        <w:t>나중/프리미엄 후보: AI Replies, referrals, repeat business</w:t>
      </w:r>
    </w:p>
    <w:p>
      <w:pPr>
        <w:pStyle w:val="ListBullet"/>
      </w:pPr>
      <w:r>
        <w:t>정책/적합성 리스크: 해외 가격 그대로 국내 적용 불가</w:t>
      </w:r>
    </w:p>
    <w:p>
      <w:pPr>
        <w:pStyle w:val="Heading2"/>
      </w:pPr>
      <w:r>
        <w:t>GatherUp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https://gatherup.com/solutions/</w:t>
      </w:r>
    </w:p>
    <w:p>
      <w:pPr>
        <w:pStyle w:val="ListBullet"/>
      </w:pPr>
      <w:r>
        <w:t>검증 수준: `official-page-read`</w:t>
      </w:r>
    </w:p>
    <w:p>
      <w:pPr>
        <w:pStyle w:val="ListBullet"/>
      </w:pPr>
      <w:r>
        <w:t>타깃 고객: 로컬/멀티로케이션/에이전시</w:t>
      </w:r>
    </w:p>
    <w:p>
      <w:pPr>
        <w:pStyle w:val="ListBullet"/>
      </w:pPr>
      <w:r>
        <w:t>리뷰 요청 채널: Email, SMS, kiosk, web</w:t>
      </w:r>
    </w:p>
    <w:p>
      <w:pPr>
        <w:pStyle w:val="ListBullet"/>
      </w:pPr>
      <w:r>
        <w:t>리뷰 목적지: 다양한 리뷰 사이트</w:t>
      </w:r>
    </w:p>
    <w:p>
      <w:pPr>
        <w:pStyle w:val="ListBullet"/>
      </w:pPr>
      <w:r>
        <w:t>가격/체험: 무료체험/데모</w:t>
      </w:r>
    </w:p>
    <w:p>
      <w:pPr>
        <w:pStyle w:val="ListBullet"/>
      </w:pPr>
      <w:r>
        <w:t>디자인/UX 참고: Listen→Understand→Engage 구조, 리뷰 요청·모니터링·AI답변 흐름</w:t>
      </w:r>
    </w:p>
    <w:p>
      <w:pPr>
        <w:pStyle w:val="ListBullet"/>
      </w:pPr>
      <w:r>
        <w:t>ReviewKing MVP 반영: Email/SMS 리뷰 요청, 리뷰 모니터링, 2-way SMS 참고</w:t>
      </w:r>
    </w:p>
    <w:p>
      <w:pPr>
        <w:pStyle w:val="ListBullet"/>
      </w:pPr>
      <w:r>
        <w:t>나중/프리미엄 후보: NPS, AI 답변, 대형 멀티로케이션</w:t>
      </w:r>
    </w:p>
    <w:p>
      <w:pPr>
        <w:pStyle w:val="ListBullet"/>
      </w:pPr>
      <w:r>
        <w:t>정책/적합성 리스크: 기능 범위가 넓어 MVP 과대화 위험</w:t>
      </w:r>
    </w:p>
    <w:p>
      <w:pPr>
        <w:pStyle w:val="Heading2"/>
      </w:pPr>
      <w:r>
        <w:t>Birdeye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https://birdeye.com/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멀티로케이션/로컬 브랜드</w:t>
      </w:r>
    </w:p>
    <w:p>
      <w:pPr>
        <w:pStyle w:val="ListBullet"/>
      </w:pPr>
      <w:r>
        <w:t>리뷰 요청 채널: SMS, email</w:t>
      </w:r>
    </w:p>
    <w:p>
      <w:pPr>
        <w:pStyle w:val="ListBullet"/>
      </w:pPr>
      <w:r>
        <w:t>리뷰 목적지: Google, Yelp, Facebook 등</w:t>
      </w:r>
    </w:p>
    <w:p>
      <w:pPr>
        <w:pStyle w:val="ListBullet"/>
      </w:pPr>
      <w:r>
        <w:t>가격/체험: 상담형</w:t>
      </w:r>
    </w:p>
    <w:p>
      <w:pPr>
        <w:pStyle w:val="ListBullet"/>
      </w:pPr>
      <w:r>
        <w:t>디자인/UX 참고: 엔터프라이즈형 신뢰/성과 중심</w:t>
      </w:r>
    </w:p>
    <w:p>
      <w:pPr>
        <w:pStyle w:val="ListBullet"/>
      </w:pPr>
      <w:r>
        <w:t>ReviewKing MVP 반영: Quick Send, 목적지별 요청, 리뷰 응답</w:t>
      </w:r>
    </w:p>
    <w:p>
      <w:pPr>
        <w:pStyle w:val="ListBullet"/>
      </w:pPr>
      <w:r>
        <w:t>나중/프리미엄 후보: AI/멀티채널 인박스</w:t>
      </w:r>
    </w:p>
    <w:p>
      <w:pPr>
        <w:pStyle w:val="ListBullet"/>
      </w:pPr>
      <w:r>
        <w:t>정책/적합성 리스크: 국내 플랫폼 직접 연동 어려움</w:t>
      </w:r>
    </w:p>
    <w:p>
      <w:pPr>
        <w:pStyle w:val="Heading2"/>
      </w:pPr>
      <w:r>
        <w:t>Podium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https://www.podium.com/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로컬 비즈니스</w:t>
      </w:r>
    </w:p>
    <w:p>
      <w:pPr>
        <w:pStyle w:val="ListBullet"/>
      </w:pPr>
      <w:r>
        <w:t>리뷰 요청 채널: SMS 중심</w:t>
      </w:r>
    </w:p>
    <w:p>
      <w:pPr>
        <w:pStyle w:val="ListBullet"/>
      </w:pPr>
      <w:r>
        <w:t>리뷰 목적지: Google 등</w:t>
      </w:r>
    </w:p>
    <w:p>
      <w:pPr>
        <w:pStyle w:val="ListBullet"/>
      </w:pPr>
      <w:r>
        <w:t>가격/체험: 상담형</w:t>
      </w:r>
    </w:p>
    <w:p>
      <w:pPr>
        <w:pStyle w:val="ListBullet"/>
      </w:pPr>
      <w:r>
        <w:t>디자인/UX 참고: 문자 인박스 중심의 고객 커뮤니케이션 UI</w:t>
      </w:r>
    </w:p>
    <w:p>
      <w:pPr>
        <w:pStyle w:val="ListBullet"/>
      </w:pPr>
      <w:r>
        <w:t>ReviewKing MVP 반영: 문자 기반 리뷰 요청 UX, 인박스 모델</w:t>
      </w:r>
    </w:p>
    <w:p>
      <w:pPr>
        <w:pStyle w:val="ListBullet"/>
      </w:pPr>
      <w:r>
        <w:t>나중/프리미엄 후보: 통합 메시징, 결제/채팅</w:t>
      </w:r>
    </w:p>
    <w:p>
      <w:pPr>
        <w:pStyle w:val="ListBullet"/>
      </w:pPr>
      <w:r>
        <w:t>정책/적합성 리스크: 국내 SMS/Kakao 정책 별도</w:t>
      </w:r>
    </w:p>
    <w:p>
      <w:pPr>
        <w:pStyle w:val="Heading2"/>
      </w:pPr>
      <w:r>
        <w:t>Broadly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https://broadly.com/products/reviews/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소상공인</w:t>
      </w:r>
    </w:p>
    <w:p>
      <w:pPr>
        <w:pStyle w:val="ListBullet"/>
      </w:pPr>
      <w:r>
        <w:t>리뷰 요청 채널: SMS, email</w:t>
      </w:r>
    </w:p>
    <w:p>
      <w:pPr>
        <w:pStyle w:val="ListBullet"/>
      </w:pPr>
      <w:r>
        <w:t>리뷰 목적지: Google 등</w:t>
      </w:r>
    </w:p>
    <w:p>
      <w:pPr>
        <w:pStyle w:val="ListBullet"/>
      </w:pPr>
      <w:r>
        <w:t>가격/체험: 상담형</w:t>
      </w:r>
    </w:p>
    <w:p>
      <w:pPr>
        <w:pStyle w:val="ListBullet"/>
      </w:pPr>
      <w:r>
        <w:t>디자인/UX 참고: 소상공인 리뷰 성장 메시지와 자동화 강조</w:t>
      </w:r>
    </w:p>
    <w:p>
      <w:pPr>
        <w:pStyle w:val="ListBullet"/>
      </w:pPr>
      <w:r>
        <w:t>ReviewKing MVP 반영: SMS 리뷰 요청 템플릿, 소상공인 포지션</w:t>
      </w:r>
    </w:p>
    <w:p>
      <w:pPr>
        <w:pStyle w:val="ListBullet"/>
      </w:pPr>
      <w:r>
        <w:t>나중/프리미엄 후보: 마케팅 자동화</w:t>
      </w:r>
    </w:p>
    <w:p>
      <w:pPr>
        <w:pStyle w:val="ListBullet"/>
      </w:pPr>
      <w:r>
        <w:t>정책/적합성 리스크: 광고성 메시지 규정</w:t>
      </w:r>
    </w:p>
    <w:p>
      <w:pPr>
        <w:pStyle w:val="Heading2"/>
      </w:pPr>
      <w:r>
        <w:t>Grade.us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https://www.grade.us/home/review-management/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에이전시/화이트라벨</w:t>
      </w:r>
    </w:p>
    <w:p>
      <w:pPr>
        <w:pStyle w:val="ListBullet"/>
      </w:pPr>
      <w:r>
        <w:t>리뷰 요청 채널: email 등</w:t>
      </w:r>
    </w:p>
    <w:p>
      <w:pPr>
        <w:pStyle w:val="ListBullet"/>
      </w:pPr>
      <w:r>
        <w:t>리뷰 목적지: Google/Facebook/100+ 리뷰 사이트</w:t>
      </w:r>
    </w:p>
    <w:p>
      <w:pPr>
        <w:pStyle w:val="ListBullet"/>
      </w:pPr>
      <w:r>
        <w:t>가격/체험: 상담형</w:t>
      </w:r>
    </w:p>
    <w:p>
      <w:pPr>
        <w:pStyle w:val="ListBullet"/>
      </w:pPr>
      <w:r>
        <w:t>디자인/UX 참고: 대행사/화이트라벨 구조 강조</w:t>
      </w:r>
    </w:p>
    <w:p>
      <w:pPr>
        <w:pStyle w:val="ListBullet"/>
      </w:pPr>
      <w:r>
        <w:t>ReviewKing MVP 반영: 홈페이지 대행·화이트라벨 확장 참고</w:t>
      </w:r>
    </w:p>
    <w:p>
      <w:pPr>
        <w:pStyle w:val="ListBullet"/>
      </w:pPr>
      <w:r>
        <w:t>나중/프리미엄 후보: 화이트라벨, 고급 위젯</w:t>
      </w:r>
    </w:p>
    <w:p>
      <w:pPr>
        <w:pStyle w:val="ListBullet"/>
      </w:pPr>
      <w:r>
        <w:t>정책/적합성 리스크: 초기 ReviewKing에는 과함</w:t>
      </w:r>
    </w:p>
    <w:p>
      <w:pPr>
        <w:pStyle w:val="Heading2"/>
      </w:pPr>
      <w:r>
        <w:t>ReviewTrackers</w:t>
      </w:r>
    </w:p>
    <w:p>
      <w:pPr>
        <w:pStyle w:val="ListBullet"/>
      </w:pPr>
      <w:r>
        <w:t>구분: 해외 로컬 평판관리</w:t>
      </w:r>
    </w:p>
    <w:p>
      <w:pPr>
        <w:pStyle w:val="ListBullet"/>
      </w:pPr>
      <w:r>
        <w:t>공식 URL: https://www.reviewtrackers.com/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기업/멀티로케이션</w:t>
      </w:r>
    </w:p>
    <w:p>
      <w:pPr>
        <w:pStyle w:val="ListBullet"/>
      </w:pPr>
      <w:r>
        <w:t>리뷰 요청 채널: 리뷰 수집/모니터링</w:t>
      </w:r>
    </w:p>
    <w:p>
      <w:pPr>
        <w:pStyle w:val="ListBullet"/>
      </w:pPr>
      <w:r>
        <w:t>리뷰 목적지: 다중 리뷰 사이트</w:t>
      </w:r>
    </w:p>
    <w:p>
      <w:pPr>
        <w:pStyle w:val="ListBullet"/>
      </w:pPr>
      <w:r>
        <w:t>가격/체험: 상담형</w:t>
      </w:r>
    </w:p>
    <w:p>
      <w:pPr>
        <w:pStyle w:val="ListBullet"/>
      </w:pPr>
      <w:r>
        <w:t>디자인/UX 참고: 리뷰 모니터링·경쟁분석 대시보드형</w:t>
      </w:r>
    </w:p>
    <w:p>
      <w:pPr>
        <w:pStyle w:val="ListBullet"/>
      </w:pPr>
      <w:r>
        <w:t>ReviewKing MVP 반영: 리뷰 모니터링/알림/분석 참고</w:t>
      </w:r>
    </w:p>
    <w:p>
      <w:pPr>
        <w:pStyle w:val="ListBullet"/>
      </w:pPr>
      <w:r>
        <w:t>나중/프리미엄 후보: 경쟁사 분석</w:t>
      </w:r>
    </w:p>
    <w:p>
      <w:pPr>
        <w:pStyle w:val="ListBullet"/>
      </w:pPr>
      <w:r>
        <w:t>정책/적합성 리스크: MVP에는 모니터링 자동화 과함</w:t>
      </w:r>
    </w:p>
    <w:p>
      <w:pPr>
        <w:pStyle w:val="Heading2"/>
      </w:pPr>
      <w:r>
        <w:t>REVIEWS.io</w:t>
      </w:r>
    </w:p>
    <w:p>
      <w:pPr>
        <w:pStyle w:val="ListBullet"/>
      </w:pPr>
      <w:r>
        <w:t>구분: 해외/커머스 리뷰</w:t>
      </w:r>
    </w:p>
    <w:p>
      <w:pPr>
        <w:pStyle w:val="ListBullet"/>
      </w:pPr>
      <w:r>
        <w:t>공식 URL: https://www.reviews.io/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이커머스/브랜드</w:t>
      </w:r>
    </w:p>
    <w:p>
      <w:pPr>
        <w:pStyle w:val="ListBullet"/>
      </w:pPr>
      <w:r>
        <w:t>리뷰 요청 채널: 리뷰 초대</w:t>
      </w:r>
    </w:p>
    <w:p>
      <w:pPr>
        <w:pStyle w:val="ListBullet"/>
      </w:pPr>
      <w:r>
        <w:t>리뷰 목적지: 회사/상품 리뷰</w:t>
      </w:r>
    </w:p>
    <w:p>
      <w:pPr>
        <w:pStyle w:val="ListBullet"/>
      </w:pPr>
      <w:r>
        <w:t>가격/체험: 요금제형</w:t>
      </w:r>
    </w:p>
    <w:p>
      <w:pPr>
        <w:pStyle w:val="ListBullet"/>
      </w:pPr>
      <w:r>
        <w:t>디자인/UX 참고: 위젯 라이브러리와 신뢰표시 중심</w:t>
      </w:r>
    </w:p>
    <w:p>
      <w:pPr>
        <w:pStyle w:val="ListBullet"/>
      </w:pPr>
      <w:r>
        <w:t>ReviewKing MVP 반영: 리뷰 위젯/신뢰 표시</w:t>
      </w:r>
    </w:p>
    <w:p>
      <w:pPr>
        <w:pStyle w:val="ListBullet"/>
      </w:pPr>
      <w:r>
        <w:t>나중/프리미엄 후보: UGC/사진 리뷰</w:t>
      </w:r>
    </w:p>
    <w:p>
      <w:pPr>
        <w:pStyle w:val="ListBullet"/>
      </w:pPr>
      <w:r>
        <w:t>정책/적합성 리스크: 로컬 목적지 리뷰와 다름</w:t>
      </w:r>
    </w:p>
    <w:p>
      <w:pPr>
        <w:pStyle w:val="Heading2"/>
      </w:pPr>
      <w:r>
        <w:t>Judge.me</w:t>
      </w:r>
    </w:p>
    <w:p>
      <w:pPr>
        <w:pStyle w:val="ListBullet"/>
      </w:pPr>
      <w:r>
        <w:t>구분: 해외/커머스 리뷰</w:t>
      </w:r>
    </w:p>
    <w:p>
      <w:pPr>
        <w:pStyle w:val="ListBullet"/>
      </w:pPr>
      <w:r>
        <w:t>공식 URL: https://judge.me/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Shopify/eCommerce</w:t>
      </w:r>
    </w:p>
    <w:p>
      <w:pPr>
        <w:pStyle w:val="ListBullet"/>
      </w:pPr>
      <w:r>
        <w:t>리뷰 요청 채널: 구매 후 자동 요청</w:t>
      </w:r>
    </w:p>
    <w:p>
      <w:pPr>
        <w:pStyle w:val="ListBullet"/>
      </w:pPr>
      <w:r>
        <w:t>리뷰 목적지: 상품/스토어 리뷰</w:t>
      </w:r>
    </w:p>
    <w:p>
      <w:pPr>
        <w:pStyle w:val="ListBullet"/>
      </w:pPr>
      <w:r>
        <w:t>가격/체험: 앱 요금제</w:t>
      </w:r>
    </w:p>
    <w:p>
      <w:pPr>
        <w:pStyle w:val="ListBullet"/>
      </w:pPr>
      <w:r>
        <w:t>디자인/UX 참고: 간결한 앱/위젯 중심 디자인</w:t>
      </w:r>
    </w:p>
    <w:p>
      <w:pPr>
        <w:pStyle w:val="ListBullet"/>
      </w:pPr>
      <w:r>
        <w:t>ReviewKing MVP 반영: 저가형 리뷰 위젯 UX</w:t>
      </w:r>
    </w:p>
    <w:p>
      <w:pPr>
        <w:pStyle w:val="ListBullet"/>
      </w:pPr>
      <w:r>
        <w:t>나중/프리미엄 후보: 커머스 연동</w:t>
      </w:r>
    </w:p>
    <w:p>
      <w:pPr>
        <w:pStyle w:val="ListBullet"/>
      </w:pPr>
      <w:r>
        <w:t>정책/적합성 리스크: ReviewKing 주 타깃과 다름</w:t>
      </w:r>
    </w:p>
    <w:p>
      <w:pPr>
        <w:pStyle w:val="Heading2"/>
      </w:pPr>
      <w:r>
        <w:t>Loox</w:t>
      </w:r>
    </w:p>
    <w:p>
      <w:pPr>
        <w:pStyle w:val="ListBullet"/>
      </w:pPr>
      <w:r>
        <w:t>구분: 해외/커머스 리뷰</w:t>
      </w:r>
    </w:p>
    <w:p>
      <w:pPr>
        <w:pStyle w:val="ListBullet"/>
      </w:pPr>
      <w:r>
        <w:t>공식 URL: https://loox.app/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Shopify/eCommerce</w:t>
      </w:r>
    </w:p>
    <w:p>
      <w:pPr>
        <w:pStyle w:val="ListBullet"/>
      </w:pPr>
      <w:r>
        <w:t>리뷰 요청 채널: 이메일 리뷰 요청</w:t>
      </w:r>
    </w:p>
    <w:p>
      <w:pPr>
        <w:pStyle w:val="ListBullet"/>
      </w:pPr>
      <w:r>
        <w:t>리뷰 목적지: 상품 리뷰</w:t>
      </w:r>
    </w:p>
    <w:p>
      <w:pPr>
        <w:pStyle w:val="ListBullet"/>
      </w:pPr>
      <w:r>
        <w:t>가격/체험: 요금제형</w:t>
      </w:r>
    </w:p>
    <w:p>
      <w:pPr>
        <w:pStyle w:val="ListBullet"/>
      </w:pPr>
      <w:r>
        <w:t>디자인/UX 참고: 사진/동영상 리뷰, UGC 시각자료 강조</w:t>
      </w:r>
    </w:p>
    <w:p>
      <w:pPr>
        <w:pStyle w:val="ListBullet"/>
      </w:pPr>
      <w:r>
        <w:t>ReviewKing MVP 반영: 사진 리뷰 인센티브 구조 참고</w:t>
      </w:r>
    </w:p>
    <w:p>
      <w:pPr>
        <w:pStyle w:val="ListBullet"/>
      </w:pPr>
      <w:r>
        <w:t>나중/프리미엄 후보: UGC/리퍼럴</w:t>
      </w:r>
    </w:p>
    <w:p>
      <w:pPr>
        <w:pStyle w:val="ListBullet"/>
      </w:pPr>
      <w:r>
        <w:t>정책/적합성 리스크: 인센티브 정책 리스크 주의</w:t>
      </w:r>
    </w:p>
    <w:p>
      <w:pPr>
        <w:pStyle w:val="Heading2"/>
      </w:pPr>
      <w:r>
        <w:t>Trustpilot Business</w:t>
      </w:r>
    </w:p>
    <w:p>
      <w:pPr>
        <w:pStyle w:val="ListBullet"/>
      </w:pPr>
      <w:r>
        <w:t>구분: 신뢰배지/위젯</w:t>
      </w:r>
    </w:p>
    <w:p>
      <w:pPr>
        <w:pStyle w:val="ListBullet"/>
      </w:pPr>
      <w:r>
        <w:t>공식 URL: https://business.trustpilot.com/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브랜드/이커머스/서비스</w:t>
      </w:r>
    </w:p>
    <w:p>
      <w:pPr>
        <w:pStyle w:val="ListBullet"/>
      </w:pPr>
      <w:r>
        <w:t>리뷰 요청 채널: Review invitations</w:t>
      </w:r>
    </w:p>
    <w:p>
      <w:pPr>
        <w:pStyle w:val="ListBullet"/>
      </w:pPr>
      <w:r>
        <w:t>리뷰 목적지: Trustpilot 리뷰</w:t>
      </w:r>
    </w:p>
    <w:p>
      <w:pPr>
        <w:pStyle w:val="ListBullet"/>
      </w:pPr>
      <w:r>
        <w:t>가격/체험: 요금제형</w:t>
      </w:r>
    </w:p>
    <w:p>
      <w:pPr>
        <w:pStyle w:val="ListBullet"/>
      </w:pPr>
      <w:r>
        <w:t>디자인/UX 참고: TrustBox 위젯·신뢰점수·리뷰 수 강조</w:t>
      </w:r>
    </w:p>
    <w:p>
      <w:pPr>
        <w:pStyle w:val="ListBullet"/>
      </w:pPr>
      <w:r>
        <w:t>ReviewKing MVP 반영: ReviewKing 홈페이지 신뢰배지/위젯 참고</w:t>
      </w:r>
    </w:p>
    <w:p>
      <w:pPr>
        <w:pStyle w:val="ListBullet"/>
      </w:pPr>
      <w:r>
        <w:t>나중/프리미엄 후보: 공개 리뷰 프로필</w:t>
      </w:r>
    </w:p>
    <w:p>
      <w:pPr>
        <w:pStyle w:val="ListBullet"/>
      </w:pPr>
      <w:r>
        <w:t>정책/적합성 리스크: Trustpilot 종속 구조와 다름</w:t>
      </w:r>
    </w:p>
    <w:p>
      <w:pPr>
        <w:pStyle w:val="Heading2"/>
      </w:pPr>
      <w:r>
        <w:t>WiserReview</w:t>
      </w:r>
    </w:p>
    <w:p>
      <w:pPr>
        <w:pStyle w:val="ListBullet"/>
      </w:pPr>
      <w:r>
        <w:t>구분: 신뢰배지/위젯</w:t>
      </w:r>
    </w:p>
    <w:p>
      <w:pPr>
        <w:pStyle w:val="ListBullet"/>
      </w:pPr>
      <w:r>
        <w:t>공식 URL: https://wiserreview.com/</w:t>
      </w:r>
    </w:p>
    <w:p>
      <w:pPr>
        <w:pStyle w:val="ListBullet"/>
      </w:pPr>
      <w:r>
        <w:t>검증 수준: `search-snippet-only`</w:t>
      </w:r>
    </w:p>
    <w:p>
      <w:pPr>
        <w:pStyle w:val="ListBullet"/>
      </w:pPr>
      <w:r>
        <w:t>타깃 고객: 이커머스/웹사이트 운영자</w:t>
      </w:r>
    </w:p>
    <w:p>
      <w:pPr>
        <w:pStyle w:val="ListBullet"/>
      </w:pPr>
      <w:r>
        <w:t>리뷰 요청 채널: SMS/email/WhatsApp 템플릿 참고</w:t>
      </w:r>
    </w:p>
    <w:p>
      <w:pPr>
        <w:pStyle w:val="ListBullet"/>
      </w:pPr>
      <w:r>
        <w:t>리뷰 목적지: 자체/외부 리뷰</w:t>
      </w:r>
    </w:p>
    <w:p>
      <w:pPr>
        <w:pStyle w:val="ListBullet"/>
      </w:pPr>
      <w:r>
        <w:t>가격/체험: 요금제형</w:t>
      </w:r>
    </w:p>
    <w:p>
      <w:pPr>
        <w:pStyle w:val="ListBullet"/>
      </w:pPr>
      <w:r>
        <w:t>디자인/UX 참고: 소셜프루프 위젯/템플릿 콘텐츠 중심</w:t>
      </w:r>
    </w:p>
    <w:p>
      <w:pPr>
        <w:pStyle w:val="ListBullet"/>
      </w:pPr>
      <w:r>
        <w:t>ReviewKing MVP 반영: 리뷰 요청 템플릿·위젯 참고</w:t>
      </w:r>
    </w:p>
    <w:p>
      <w:pPr>
        <w:pStyle w:val="ListBullet"/>
      </w:pPr>
      <w:r>
        <w:t>나중/프리미엄 후보: 고급 위젯</w:t>
      </w:r>
    </w:p>
    <w:p>
      <w:pPr>
        <w:pStyle w:val="ListBullet"/>
      </w:pPr>
      <w:r>
        <w:t>정책/적합성 리스크: 국내 로컬 플랫폼 정책 별도</w:t>
      </w:r>
    </w:p>
    <w:p>
      <w:pPr>
        <w:pStyle w:val="Heading1"/>
      </w:pPr>
      <w:r>
        <w:t>3. 메시징/API 제공업체 비교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</w:tcPr>
          <w:p>
            <w:r>
              <w:t>서비스</w:t>
            </w:r>
          </w:p>
        </w:tc>
        <w:tc>
          <w:tcPr>
            <w:tcW w:type="dxa" w:w="1800"/>
          </w:tcPr>
          <w:p>
            <w:r>
              <w:t>URL</w:t>
            </w:r>
          </w:p>
        </w:tc>
        <w:tc>
          <w:tcPr>
            <w:tcW w:type="dxa" w:w="1800"/>
          </w:tcPr>
          <w:p>
            <w:r>
              <w:t>검증수준</w:t>
            </w:r>
          </w:p>
        </w:tc>
        <w:tc>
          <w:tcPr>
            <w:tcW w:type="dxa" w:w="1800"/>
          </w:tcPr>
          <w:p>
            <w:r>
              <w:t>지원/특징</w:t>
            </w:r>
          </w:p>
        </w:tc>
        <w:tc>
          <w:tcPr>
            <w:tcW w:type="dxa" w:w="1800"/>
          </w:tcPr>
          <w:p>
            <w:r>
              <w:t>단가 힌트</w:t>
            </w:r>
          </w:p>
        </w:tc>
        <w:tc>
          <w:tcPr>
            <w:tcW w:type="dxa" w:w="1800"/>
          </w:tcPr>
          <w:p>
            <w:r>
              <w:t>API/운영 포인트</w:t>
            </w:r>
          </w:p>
        </w:tc>
        <w:tc>
          <w:tcPr>
            <w:tcW w:type="dxa" w:w="1800"/>
          </w:tcPr>
          <w:p>
            <w:r>
              <w:t>ReviewKing 반영</w:t>
            </w:r>
          </w:p>
        </w:tc>
        <w:tc>
          <w:tcPr>
            <w:tcW w:type="dxa" w:w="1800"/>
          </w:tcPr>
          <w:p>
            <w:r>
              <w:t>리스크</w:t>
            </w:r>
          </w:p>
        </w:tc>
      </w:tr>
      <w:tr>
        <w:tc>
          <w:tcPr>
            <w:tcW w:type="dxa" w:w="1800"/>
          </w:tcPr>
          <w:p>
            <w:r>
              <w:t>SOLAPI</w:t>
            </w:r>
          </w:p>
        </w:tc>
        <w:tc>
          <w:tcPr>
            <w:tcW w:type="dxa" w:w="1800"/>
          </w:tcPr>
          <w:p>
            <w:r>
              <w:t>https://solapi.com/msg</w:t>
            </w:r>
          </w:p>
        </w:tc>
        <w:tc>
          <w:tcPr>
            <w:tcW w:type="dxa" w:w="1800"/>
          </w:tcPr>
          <w:p>
            <w:r>
              <w:t>official-page-read</w:t>
            </w:r>
          </w:p>
        </w:tc>
        <w:tc>
          <w:tcPr>
            <w:tcW w:type="dxa" w:w="1800"/>
          </w:tcPr>
          <w:p>
            <w:r>
              <w:t>SMS/LMS/MMS, 카카오 알림톡/브랜드 메시지, 네이버 톡톡</w:t>
            </w:r>
          </w:p>
        </w:tc>
        <w:tc>
          <w:tcPr>
            <w:tcW w:type="dxa" w:w="1800"/>
          </w:tcPr>
          <w:p>
            <w:r>
              <w:t>SMS 18원, LMS 45원, MMS 110원 확인</w:t>
            </w:r>
          </w:p>
        </w:tc>
        <w:tc>
          <w:tcPr>
            <w:tcW w:type="dxa" w:w="1800"/>
          </w:tcPr>
          <w:p>
            <w:r>
              <w:t>SDK/API, 템플릿 등록 UI, 실패시 문자 대체</w:t>
            </w:r>
          </w:p>
        </w:tc>
        <w:tc>
          <w:tcPr>
            <w:tcW w:type="dxa" w:w="1800"/>
          </w:tcPr>
          <w:p>
            <w:r>
              <w:t>1순위 후보: SMS/LMS + Kakao 추상화에 적합</w:t>
            </w:r>
          </w:p>
        </w:tc>
        <w:tc>
          <w:tcPr>
            <w:tcW w:type="dxa" w:w="1800"/>
          </w:tcPr>
          <w:p>
            <w:r>
              <w:t>단가 변동, 알림톡 정보성/광고성 구분</w:t>
            </w:r>
          </w:p>
        </w:tc>
      </w:tr>
      <w:tr>
        <w:tc>
          <w:tcPr>
            <w:tcW w:type="dxa" w:w="1800"/>
          </w:tcPr>
          <w:p>
            <w:r>
              <w:t>뿌리오</w:t>
            </w:r>
          </w:p>
        </w:tc>
        <w:tc>
          <w:tcPr>
            <w:tcW w:type="dxa" w:w="1800"/>
          </w:tcPr>
          <w:p>
            <w:r>
              <w:t>https://www.ppurio.com/send-api/guide</w:t>
            </w:r>
          </w:p>
        </w:tc>
        <w:tc>
          <w:tcPr>
            <w:tcW w:type="dxa" w:w="1800"/>
          </w:tcPr>
          <w:p>
            <w:r>
              <w:t>search-snippet-only</w:t>
            </w:r>
          </w:p>
        </w:tc>
        <w:tc>
          <w:tcPr>
            <w:tcW w:type="dxa" w:w="1800"/>
          </w:tcPr>
          <w:p>
            <w:r>
              <w:t>문자 API, 카카오톡 발송 API</w:t>
            </w:r>
          </w:p>
        </w:tc>
        <w:tc>
          <w:tcPr>
            <w:tcW w:type="dxa" w:w="1800"/>
          </w:tcPr>
          <w:p>
            <w:r>
              <w:t>공식 재확인 필요</w:t>
            </w:r>
          </w:p>
        </w:tc>
        <w:tc>
          <w:tcPr>
            <w:tcW w:type="dxa" w:w="1800"/>
          </w:tcPr>
          <w:p>
            <w:r>
              <w:t>예약 취소 API, rate limit 언급</w:t>
            </w:r>
          </w:p>
        </w:tc>
        <w:tc>
          <w:tcPr>
            <w:tcW w:type="dxa" w:w="1800"/>
          </w:tcPr>
          <w:p>
            <w:r>
              <w:t>후보 2: 국내 문자 API 대안</w:t>
            </w:r>
          </w:p>
        </w:tc>
        <w:tc>
          <w:tcPr>
            <w:tcW w:type="dxa" w:w="1800"/>
          </w:tcPr>
          <w:p>
            <w:r>
              <w:t>가격/스펙 공식 재확인</w:t>
            </w:r>
          </w:p>
        </w:tc>
      </w:tr>
      <w:tr>
        <w:tc>
          <w:tcPr>
            <w:tcW w:type="dxa" w:w="1800"/>
          </w:tcPr>
          <w:p>
            <w:r>
              <w:t>알리고</w:t>
            </w:r>
          </w:p>
        </w:tc>
        <w:tc>
          <w:tcPr>
            <w:tcW w:type="dxa" w:w="1800"/>
          </w:tcPr>
          <w:p>
            <w:r>
              <w:t>https://smartsms.aligo.in/alimapi.html</w:t>
            </w:r>
          </w:p>
        </w:tc>
        <w:tc>
          <w:tcPr>
            <w:tcW w:type="dxa" w:w="1800"/>
          </w:tcPr>
          <w:p>
            <w:r>
              <w:t>search-snippet-only</w:t>
            </w:r>
          </w:p>
        </w:tc>
        <w:tc>
          <w:tcPr>
            <w:tcW w:type="dxa" w:w="1800"/>
          </w:tcPr>
          <w:p>
            <w:r>
              <w:t>SMS/LMS/MMS, 카카오 알림톡</w:t>
            </w:r>
          </w:p>
        </w:tc>
        <w:tc>
          <w:tcPr>
            <w:tcW w:type="dxa" w:w="1800"/>
          </w:tcPr>
          <w:p>
            <w:r>
              <w:t>검색상 단문 8.4원, 장문 25원 등</w:t>
            </w:r>
          </w:p>
        </w:tc>
        <w:tc>
          <w:tcPr>
            <w:tcW w:type="dxa" w:w="1800"/>
          </w:tcPr>
          <w:p>
            <w:r>
              <w:t>API 제공</w:t>
            </w:r>
          </w:p>
        </w:tc>
        <w:tc>
          <w:tcPr>
            <w:tcW w:type="dxa" w:w="1800"/>
          </w:tcPr>
          <w:p>
            <w:r>
              <w:t>저가 대안 후보</w:t>
            </w:r>
          </w:p>
        </w:tc>
        <w:tc>
          <w:tcPr>
            <w:tcW w:type="dxa" w:w="1800"/>
          </w:tcPr>
          <w:p>
            <w:r>
              <w:t>API 문서/콜백/품질 검증 필요</w:t>
            </w:r>
          </w:p>
        </w:tc>
      </w:tr>
      <w:tr>
        <w:tc>
          <w:tcPr>
            <w:tcW w:type="dxa" w:w="1800"/>
          </w:tcPr>
          <w:p>
            <w:r>
              <w:t>NHN Cloud Notification</w:t>
            </w:r>
          </w:p>
        </w:tc>
        <w:tc>
          <w:tcPr>
            <w:tcW w:type="dxa" w:w="1800"/>
          </w:tcPr>
          <w:p>
            <w:r>
              <w:t>https://docs.nhncloud.com/ko/Notification/SMS/ko/Overview/</w:t>
            </w:r>
          </w:p>
        </w:tc>
        <w:tc>
          <w:tcPr>
            <w:tcW w:type="dxa" w:w="1800"/>
          </w:tcPr>
          <w:p>
            <w:r>
              <w:t>search-snippet-only</w:t>
            </w:r>
          </w:p>
        </w:tc>
        <w:tc>
          <w:tcPr>
            <w:tcW w:type="dxa" w:w="1800"/>
          </w:tcPr>
          <w:p>
            <w:r>
              <w:t>SMS/LMS/MMS, KakaoTalk Bizmessage</w:t>
            </w:r>
          </w:p>
        </w:tc>
        <w:tc>
          <w:tcPr>
            <w:tcW w:type="dxa" w:w="1800"/>
          </w:tcPr>
          <w:p>
            <w:r>
              <w:t>사용량 기반</w:t>
            </w:r>
          </w:p>
        </w:tc>
        <w:tc>
          <w:tcPr>
            <w:tcW w:type="dxa" w:w="1800"/>
          </w:tcPr>
          <w:p>
            <w:r>
              <w:t>REST API, SMS 예약, 템플릿/내역 조회</w:t>
            </w:r>
          </w:p>
        </w:tc>
        <w:tc>
          <w:tcPr>
            <w:tcW w:type="dxa" w:w="1800"/>
          </w:tcPr>
          <w:p>
            <w:r>
              <w:t>안정형/기업형 후보</w:t>
            </w:r>
          </w:p>
        </w:tc>
        <w:tc>
          <w:tcPr>
            <w:tcW w:type="dxa" w:w="1800"/>
          </w:tcPr>
          <w:p>
            <w:r>
              <w:t>초기 설정 복잡도</w:t>
            </w:r>
          </w:p>
        </w:tc>
      </w:tr>
      <w:tr>
        <w:tc>
          <w:tcPr>
            <w:tcW w:type="dxa" w:w="1800"/>
          </w:tcPr>
          <w:p>
            <w:r>
              <w:t>Kakao Bizmessage</w:t>
            </w:r>
          </w:p>
        </w:tc>
        <w:tc>
          <w:tcPr>
            <w:tcW w:type="dxa" w:w="1800"/>
          </w:tcPr>
          <w:p>
            <w:r>
              <w:t>https://kakaobusiness.gitbook.io/main/ad/infotalk</w:t>
            </w:r>
          </w:p>
        </w:tc>
        <w:tc>
          <w:tcPr>
            <w:tcW w:type="dxa" w:w="1800"/>
          </w:tcPr>
          <w:p>
            <w:r>
              <w:t>search-snippet-only</w:t>
            </w:r>
          </w:p>
        </w:tc>
        <w:tc>
          <w:tcPr>
            <w:tcW w:type="dxa" w:w="1800"/>
          </w:tcPr>
          <w:p>
            <w:r>
              <w:t>알림톡/친구톡 정책 기준</w:t>
            </w:r>
          </w:p>
        </w:tc>
        <w:tc>
          <w:tcPr>
            <w:tcW w:type="dxa" w:w="1800"/>
          </w:tcPr>
          <w:p>
            <w:r>
              <w:t>대행사별</w:t>
            </w:r>
          </w:p>
        </w:tc>
        <w:tc>
          <w:tcPr>
            <w:tcW w:type="dxa" w:w="1800"/>
          </w:tcPr>
          <w:p>
            <w:r>
              <w:t>템플릿 심사, 정보성 메시지 기준</w:t>
            </w:r>
          </w:p>
        </w:tc>
        <w:tc>
          <w:tcPr>
            <w:tcW w:type="dxa" w:w="1800"/>
          </w:tcPr>
          <w:p>
            <w:r>
              <w:t>정책 기준 문서로 필수 참고</w:t>
            </w:r>
          </w:p>
        </w:tc>
        <w:tc>
          <w:tcPr>
            <w:tcW w:type="dxa" w:w="1800"/>
          </w:tcPr>
          <w:p>
            <w:r>
              <w:t>템플릿 반려/광고성 위반 리스크</w:t>
            </w:r>
          </w:p>
        </w:tc>
      </w:tr>
    </w:tbl>
    <w:p>
      <w:pPr>
        <w:pStyle w:val="Heading1"/>
      </w:pPr>
      <w:r>
        <w:t>4. 리뷰 목적지 플랫폼 비교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0"/>
        <w:gridCol w:w="2400"/>
        <w:gridCol w:w="2400"/>
        <w:gridCol w:w="2400"/>
        <w:gridCol w:w="2400"/>
        <w:gridCol w:w="2400"/>
      </w:tblGrid>
      <w:tr>
        <w:tc>
          <w:tcPr>
            <w:tcW w:type="dxa" w:w="2400"/>
          </w:tcPr>
          <w:p>
            <w:r>
              <w:t>목적지</w:t>
            </w:r>
          </w:p>
        </w:tc>
        <w:tc>
          <w:tcPr>
            <w:tcW w:type="dxa" w:w="2400"/>
          </w:tcPr>
          <w:p>
            <w:r>
              <w:t>URL</w:t>
            </w:r>
          </w:p>
        </w:tc>
        <w:tc>
          <w:tcPr>
            <w:tcW w:type="dxa" w:w="2400"/>
          </w:tcPr>
          <w:p>
            <w:r>
              <w:t>유형</w:t>
            </w:r>
          </w:p>
        </w:tc>
        <w:tc>
          <w:tcPr>
            <w:tcW w:type="dxa" w:w="2400"/>
          </w:tcPr>
          <w:p>
            <w:r>
              <w:t>ReviewKing에서 보낼 링크</w:t>
            </w:r>
          </w:p>
        </w:tc>
        <w:tc>
          <w:tcPr>
            <w:tcW w:type="dxa" w:w="2400"/>
          </w:tcPr>
          <w:p>
            <w:r>
              <w:t>MVP 반영</w:t>
            </w:r>
          </w:p>
        </w:tc>
        <w:tc>
          <w:tcPr>
            <w:tcW w:type="dxa" w:w="2400"/>
          </w:tcPr>
          <w:p>
            <w:r>
              <w:t>리스크</w:t>
            </w:r>
          </w:p>
        </w:tc>
      </w:tr>
      <w:tr>
        <w:tc>
          <w:tcPr>
            <w:tcW w:type="dxa" w:w="2400"/>
          </w:tcPr>
          <w:p>
            <w:r>
              <w:t>네이버 플레이스</w:t>
            </w:r>
          </w:p>
        </w:tc>
        <w:tc>
          <w:tcPr>
            <w:tcW w:type="dxa" w:w="2400"/>
          </w:tcPr>
          <w:p>
            <w:r>
              <w:t>https://new.smartplace.naver.com/introduction/smartplace</w:t>
            </w:r>
          </w:p>
        </w:tc>
        <w:tc>
          <w:tcPr>
            <w:tcW w:type="dxa" w:w="2400"/>
          </w:tcPr>
          <w:p>
            <w:r>
              <w:t>국내 로컬 핵심</w:t>
            </w:r>
          </w:p>
        </w:tc>
        <w:tc>
          <w:tcPr>
            <w:tcW w:type="dxa" w:w="2400"/>
          </w:tcPr>
          <w:p>
            <w:r>
              <w:t>플레이스 URL/리뷰 탭</w:t>
            </w:r>
          </w:p>
        </w:tc>
        <w:tc>
          <w:tcPr>
            <w:tcW w:type="dxa" w:w="2400"/>
          </w:tcPr>
          <w:p>
            <w:r>
              <w:t>MVP 필수 목적지</w:t>
            </w:r>
          </w:p>
        </w:tc>
        <w:tc>
          <w:tcPr>
            <w:tcW w:type="dxa" w:w="2400"/>
          </w:tcPr>
          <w:p>
            <w:r>
              <w:t>리뷰 조작/보상/어뷰징 금지</w:t>
            </w:r>
          </w:p>
        </w:tc>
      </w:tr>
      <w:tr>
        <w:tc>
          <w:tcPr>
            <w:tcW w:type="dxa" w:w="2400"/>
          </w:tcPr>
          <w:p>
            <w:r>
              <w:t>Google Business Profile</w:t>
            </w:r>
          </w:p>
        </w:tc>
        <w:tc>
          <w:tcPr>
            <w:tcW w:type="dxa" w:w="2400"/>
          </w:tcPr>
          <w:p>
            <w:r>
              <w:t>https://support.google.com/business/answer/3474122</w:t>
            </w:r>
          </w:p>
        </w:tc>
        <w:tc>
          <w:tcPr>
            <w:tcW w:type="dxa" w:w="2400"/>
          </w:tcPr>
          <w:p>
            <w:r>
              <w:t>글로벌 지도 리뷰</w:t>
            </w:r>
          </w:p>
        </w:tc>
        <w:tc>
          <w:tcPr>
            <w:tcW w:type="dxa" w:w="2400"/>
          </w:tcPr>
          <w:p>
            <w:r>
              <w:t>Ask for reviews 링크/지도 리뷰 링크</w:t>
            </w:r>
          </w:p>
        </w:tc>
        <w:tc>
          <w:tcPr>
            <w:tcW w:type="dxa" w:w="2400"/>
          </w:tcPr>
          <w:p>
            <w:r>
              <w:t>MVP 필수 목적지</w:t>
            </w:r>
          </w:p>
        </w:tc>
        <w:tc>
          <w:tcPr>
            <w:tcW w:type="dxa" w:w="2400"/>
          </w:tcPr>
          <w:p>
            <w:r>
              <w:t>인센티브 금지</w:t>
            </w:r>
          </w:p>
        </w:tc>
      </w:tr>
      <w:tr>
        <w:tc>
          <w:tcPr>
            <w:tcW w:type="dxa" w:w="2400"/>
          </w:tcPr>
          <w:p>
            <w:r>
              <w:t>카카오맵</w:t>
            </w:r>
          </w:p>
        </w:tc>
        <w:tc>
          <w:tcPr>
            <w:tcW w:type="dxa" w:w="2400"/>
          </w:tcPr>
          <w:p>
            <w:r>
              <w:t>https://kakaobusiness.gitbook.io/main/tool/mystore</w:t>
            </w:r>
          </w:p>
        </w:tc>
        <w:tc>
          <w:tcPr>
            <w:tcW w:type="dxa" w:w="2400"/>
          </w:tcPr>
          <w:p>
            <w:r>
              <w:t>국내 지도/로컬</w:t>
            </w:r>
          </w:p>
        </w:tc>
        <w:tc>
          <w:tcPr>
            <w:tcW w:type="dxa" w:w="2400"/>
          </w:tcPr>
          <w:p>
            <w:r>
              <w:t>카카오맵 매장 URL</w:t>
            </w:r>
          </w:p>
        </w:tc>
        <w:tc>
          <w:tcPr>
            <w:tcW w:type="dxa" w:w="2400"/>
          </w:tcPr>
          <w:p>
            <w:r>
              <w:t>MVP 목적지 후보</w:t>
            </w:r>
          </w:p>
        </w:tc>
        <w:tc>
          <w:tcPr>
            <w:tcW w:type="dxa" w:w="2400"/>
          </w:tcPr>
          <w:p>
            <w:r>
              <w:t>리뷰 작성 링크 구조 확인 필요</w:t>
            </w:r>
          </w:p>
        </w:tc>
      </w:tr>
      <w:tr>
        <w:tc>
          <w:tcPr>
            <w:tcW w:type="dxa" w:w="2400"/>
          </w:tcPr>
          <w:p>
            <w:r>
              <w:t>숨고</w:t>
            </w:r>
          </w:p>
        </w:tc>
        <w:tc>
          <w:tcPr>
            <w:tcW w:type="dxa" w:w="2400"/>
          </w:tcPr>
          <w:p>
            <w:r>
              <w:t>https://help.soomgo.com/hc/ko/articles/360043151572</w:t>
            </w:r>
          </w:p>
        </w:tc>
        <w:tc>
          <w:tcPr>
            <w:tcW w:type="dxa" w:w="2400"/>
          </w:tcPr>
          <w:p>
            <w:r>
              <w:t>서비스 전문가 리뷰</w:t>
            </w:r>
          </w:p>
        </w:tc>
        <w:tc>
          <w:tcPr>
            <w:tcW w:type="dxa" w:w="2400"/>
          </w:tcPr>
          <w:p>
            <w:r>
              <w:t>고수 프로필 URL</w:t>
            </w:r>
          </w:p>
        </w:tc>
        <w:tc>
          <w:tcPr>
            <w:tcW w:type="dxa" w:w="2400"/>
          </w:tcPr>
          <w:p>
            <w:r>
              <w:t>커스텀 URL로 지원</w:t>
            </w:r>
          </w:p>
        </w:tc>
        <w:tc>
          <w:tcPr>
            <w:tcW w:type="dxa" w:w="2400"/>
          </w:tcPr>
          <w:p>
            <w:r>
              <w:t>거래/고용 이력 조건 안내</w:t>
            </w:r>
          </w:p>
        </w:tc>
      </w:tr>
      <w:tr>
        <w:tc>
          <w:tcPr>
            <w:tcW w:type="dxa" w:w="2400"/>
          </w:tcPr>
          <w:p>
            <w:r>
              <w:t>크몽</w:t>
            </w:r>
          </w:p>
        </w:tc>
        <w:tc>
          <w:tcPr>
            <w:tcW w:type="dxa" w:w="2400"/>
          </w:tcPr>
          <w:p>
            <w:r>
              <w:t>https://kmong.com/</w:t>
            </w:r>
          </w:p>
        </w:tc>
        <w:tc>
          <w:tcPr>
            <w:tcW w:type="dxa" w:w="2400"/>
          </w:tcPr>
          <w:p>
            <w:r>
              <w:t>프리랜서/서비스 마켓</w:t>
            </w:r>
          </w:p>
        </w:tc>
        <w:tc>
          <w:tcPr>
            <w:tcW w:type="dxa" w:w="2400"/>
          </w:tcPr>
          <w:p>
            <w:r>
              <w:t>전문가/서비스 URL</w:t>
            </w:r>
          </w:p>
        </w:tc>
        <w:tc>
          <w:tcPr>
            <w:tcW w:type="dxa" w:w="2400"/>
          </w:tcPr>
          <w:p>
            <w:r>
              <w:t>커스텀 URL로 지원</w:t>
            </w:r>
          </w:p>
        </w:tc>
        <w:tc>
          <w:tcPr>
            <w:tcW w:type="dxa" w:w="2400"/>
          </w:tcPr>
          <w:p>
            <w:r>
              <w:t>플랫폼 정책 확인</w:t>
            </w:r>
          </w:p>
        </w:tc>
      </w:tr>
      <w:tr>
        <w:tc>
          <w:tcPr>
            <w:tcW w:type="dxa" w:w="2400"/>
          </w:tcPr>
          <w:p>
            <w:r>
              <w:t>자체 리뷰 페이지</w:t>
            </w:r>
          </w:p>
        </w:tc>
        <w:tc>
          <w:tcPr>
            <w:tcW w:type="dxa" w:w="2400"/>
          </w:tcPr>
          <w:p>
            <w:r>
              <w:t>https://reviewking.kr</w:t>
            </w:r>
          </w:p>
        </w:tc>
        <w:tc>
          <w:tcPr>
            <w:tcW w:type="dxa" w:w="2400"/>
          </w:tcPr>
          <w:p>
            <w:r>
              <w:t>ReviewKing owned review</w:t>
            </w:r>
          </w:p>
        </w:tc>
        <w:tc>
          <w:tcPr>
            <w:tcW w:type="dxa" w:w="2400"/>
          </w:tcPr>
          <w:p>
            <w:r>
              <w:t>업체별 리뷰 요청 랜딩</w:t>
            </w:r>
          </w:p>
        </w:tc>
        <w:tc>
          <w:tcPr>
            <w:tcW w:type="dxa" w:w="2400"/>
          </w:tcPr>
          <w:p>
            <w:r>
              <w:t>MVP 강력 추천</w:t>
            </w:r>
          </w:p>
        </w:tc>
        <w:tc>
          <w:tcPr>
            <w:tcW w:type="dxa" w:w="2400"/>
          </w:tcPr>
          <w:p>
            <w:r>
              <w:t>허위리뷰 방지/동의/삭제 정책 필요</w:t>
            </w:r>
          </w:p>
        </w:tc>
      </w:tr>
    </w:tbl>
    <w:p>
      <w:pPr>
        <w:pStyle w:val="Heading1"/>
      </w:pPr>
      <w:r>
        <w:t>5. 디자인 비교 기준</w:t>
      </w:r>
    </w:p>
    <w:p>
      <w:r>
        <w:t>ReviewKing 디자인은 다음 원칙으로 설계합니다.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00"/>
        <w:gridCol w:w="4800"/>
        <w:gridCol w:w="4800"/>
      </w:tblGrid>
      <w:tr>
        <w:tc>
          <w:tcPr>
            <w:tcW w:type="dxa" w:w="4800"/>
          </w:tcPr>
          <w:p>
            <w:r>
              <w:t>비교 기준</w:t>
            </w:r>
          </w:p>
        </w:tc>
        <w:tc>
          <w:tcPr>
            <w:tcW w:type="dxa" w:w="4800"/>
          </w:tcPr>
          <w:p>
            <w:r>
              <w:t>참조</w:t>
            </w:r>
          </w:p>
        </w:tc>
        <w:tc>
          <w:tcPr>
            <w:tcW w:type="dxa" w:w="4800"/>
          </w:tcPr>
          <w:p>
            <w:r>
              <w:t>ReviewKing 적용</w:t>
            </w:r>
          </w:p>
        </w:tc>
      </w:tr>
      <w:tr>
        <w:tc>
          <w:tcPr>
            <w:tcW w:type="dxa" w:w="4800"/>
          </w:tcPr>
          <w:p>
            <w:r>
              <w:t>명확한 히어로 메시지</w:t>
            </w:r>
          </w:p>
        </w:tc>
        <w:tc>
          <w:tcPr>
            <w:tcW w:type="dxa" w:w="4800"/>
          </w:tcPr>
          <w:p>
            <w:r>
              <w:t>NiceJob, GatherUp</w:t>
            </w:r>
          </w:p>
        </w:tc>
        <w:tc>
          <w:tcPr>
            <w:tcW w:type="dxa" w:w="4800"/>
          </w:tcPr>
          <w:p>
            <w:r>
              <w:t>“고객에게 감사와 진심을 전하고 리뷰를 정중히 요청하세요”를 중심으로 유지</w:t>
            </w:r>
          </w:p>
        </w:tc>
      </w:tr>
      <w:tr>
        <w:tc>
          <w:tcPr>
            <w:tcW w:type="dxa" w:w="4800"/>
          </w:tcPr>
          <w:p>
            <w:r>
              <w:t>플랜 카드</w:t>
            </w:r>
          </w:p>
        </w:tc>
        <w:tc>
          <w:tcPr>
            <w:tcW w:type="dxa" w:w="4800"/>
          </w:tcPr>
          <w:p>
            <w:r>
              <w:t>NiceJob</w:t>
            </w:r>
          </w:p>
        </w:tc>
        <w:tc>
          <w:tcPr>
            <w:tcW w:type="dxa" w:w="4800"/>
          </w:tcPr>
          <w:p>
            <w:r>
              <w:t>14일 무료체험 / Standard / Premium 예정 3단 구조</w:t>
            </w:r>
          </w:p>
        </w:tc>
      </w:tr>
      <w:tr>
        <w:tc>
          <w:tcPr>
            <w:tcW w:type="dxa" w:w="4800"/>
          </w:tcPr>
          <w:p>
            <w:r>
              <w:t>메시지 미리보기</w:t>
            </w:r>
          </w:p>
        </w:tc>
        <w:tc>
          <w:tcPr>
            <w:tcW w:type="dxa" w:w="4800"/>
          </w:tcPr>
          <w:p>
            <w:r>
              <w:t>Podium, Broadly</w:t>
            </w:r>
          </w:p>
        </w:tc>
        <w:tc>
          <w:tcPr>
            <w:tcW w:type="dxa" w:w="4800"/>
          </w:tcPr>
          <w:p>
            <w:r>
              <w:t>실제 문자 말풍선 형태로 즉시/예약 발송 감각 제공</w:t>
            </w:r>
          </w:p>
        </w:tc>
      </w:tr>
      <w:tr>
        <w:tc>
          <w:tcPr>
            <w:tcW w:type="dxa" w:w="4800"/>
          </w:tcPr>
          <w:p>
            <w:r>
              <w:t>리뷰 목적지 선택</w:t>
            </w:r>
          </w:p>
        </w:tc>
        <w:tc>
          <w:tcPr>
            <w:tcW w:type="dxa" w:w="4800"/>
          </w:tcPr>
          <w:p>
            <w:r>
              <w:t>Birdeye, Grade.us</w:t>
            </w:r>
          </w:p>
        </w:tc>
        <w:tc>
          <w:tcPr>
            <w:tcW w:type="dxa" w:w="4800"/>
          </w:tcPr>
          <w:p>
            <w:r>
              <w:t>네이버/Google/카카오/숨고/크몽/자체 URL 칩 UI</w:t>
            </w:r>
          </w:p>
        </w:tc>
      </w:tr>
      <w:tr>
        <w:tc>
          <w:tcPr>
            <w:tcW w:type="dxa" w:w="4800"/>
          </w:tcPr>
          <w:p>
            <w:r>
              <w:t>위젯/신뢰배지</w:t>
            </w:r>
          </w:p>
        </w:tc>
        <w:tc>
          <w:tcPr>
            <w:tcW w:type="dxa" w:w="4800"/>
          </w:tcPr>
          <w:p>
            <w:r>
              <w:t>Trustpilot, REVIEWS.io, Judge.me</w:t>
            </w:r>
          </w:p>
        </w:tc>
        <w:tc>
          <w:tcPr>
            <w:tcW w:type="dxa" w:w="4800"/>
          </w:tcPr>
          <w:p>
            <w:r>
              <w:t>홈페이지 패키지에서 후기 섹션/신뢰배지로 확장</w:t>
            </w:r>
          </w:p>
        </w:tc>
      </w:tr>
      <w:tr>
        <w:tc>
          <w:tcPr>
            <w:tcW w:type="dxa" w:w="4800"/>
          </w:tcPr>
          <w:p>
            <w:r>
              <w:t>운영 대시보드</w:t>
            </w:r>
          </w:p>
        </w:tc>
        <w:tc>
          <w:tcPr>
            <w:tcW w:type="dxa" w:w="4800"/>
          </w:tcPr>
          <w:p>
            <w:r>
              <w:t>Birdeye, ReviewTrackers</w:t>
            </w:r>
          </w:p>
        </w:tc>
        <w:tc>
          <w:tcPr>
            <w:tcW w:type="dxa" w:w="4800"/>
          </w:tcPr>
          <w:p>
            <w:r>
              <w:t>발송수/성공률/목적지별 요청/확인율 중심의 단순 리포트</w:t>
            </w:r>
          </w:p>
        </w:tc>
      </w:tr>
      <w:tr>
        <w:tc>
          <w:tcPr>
            <w:tcW w:type="dxa" w:w="4800"/>
          </w:tcPr>
          <w:p>
            <w:r>
              <w:t>홈페이지 업셀</w:t>
            </w:r>
          </w:p>
        </w:tc>
        <w:tc>
          <w:tcPr>
            <w:tcW w:type="dxa" w:w="4800"/>
          </w:tcPr>
          <w:p>
            <w:r>
              <w:t>NiceJob Sites</w:t>
            </w:r>
          </w:p>
        </w:tc>
        <w:tc>
          <w:tcPr>
            <w:tcW w:type="dxa" w:w="4800"/>
          </w:tcPr>
          <w:p>
            <w:r>
              <w:t>리뷰 성장형 홈페이지 구축 패키지로 연결</w:t>
            </w:r>
          </w:p>
        </w:tc>
      </w:tr>
    </w:tbl>
    <w:p>
      <w:pPr>
        <w:pStyle w:val="Heading1"/>
      </w:pPr>
      <w:r>
        <w:t>6. 플랜별 기능 정리</w:t>
      </w:r>
    </w:p>
    <w:p>
      <w:pPr>
        <w:pStyle w:val="Heading2"/>
      </w:pPr>
      <w:r>
        <w:t>6.1 14일 무료체험</w:t>
      </w:r>
    </w:p>
    <w:p>
      <w:pPr>
        <w:pStyle w:val="ListBullet"/>
      </w:pPr>
      <w:r>
        <w:t>고객 100명까지</w:t>
      </w:r>
    </w:p>
    <w:p>
      <w:pPr>
        <w:pStyle w:val="ListBullet"/>
      </w:pPr>
      <w:r>
        <w:t>리뷰 목적지 3개까지</w:t>
      </w:r>
    </w:p>
    <w:p>
      <w:pPr>
        <w:pStyle w:val="ListBullet"/>
      </w:pPr>
      <w:r>
        <w:t>발송 30~50건 제한</w:t>
      </w:r>
    </w:p>
    <w:p>
      <w:pPr>
        <w:pStyle w:val="ListBullet"/>
      </w:pPr>
      <w:r>
        <w:t>예약발송 10건 제한</w:t>
      </w:r>
    </w:p>
    <w:p>
      <w:pPr>
        <w:pStyle w:val="ListBullet"/>
      </w:pPr>
      <w:r>
        <w:t>기본 템플릿/기본 리포트</w:t>
      </w:r>
    </w:p>
    <w:p>
      <w:pPr>
        <w:pStyle w:val="ListBullet"/>
      </w:pPr>
      <w:r>
        <w:t>홈페이지 구축 상담 신청 가능</w:t>
      </w:r>
    </w:p>
    <w:p>
      <w:pPr>
        <w:pStyle w:val="ListBullet"/>
      </w:pPr>
      <w:r>
        <w:t>Kakao 알림톡은 실제 발송보다 “설정 준비/데모” 중심</w:t>
      </w:r>
    </w:p>
    <w:p>
      <w:pPr>
        <w:pStyle w:val="Heading2"/>
      </w:pPr>
      <w:r>
        <w:t>6.2 Standard Plan</w:t>
      </w:r>
    </w:p>
    <w:p>
      <w:pPr>
        <w:pStyle w:val="ListBullet"/>
      </w:pPr>
      <w:r>
        <w:t>고객관리/CSV</w:t>
      </w:r>
    </w:p>
    <w:p>
      <w:pPr>
        <w:pStyle w:val="ListBullet"/>
      </w:pPr>
      <w:r>
        <w:t>다중 리뷰 목적지</w:t>
      </w:r>
    </w:p>
    <w:p>
      <w:pPr>
        <w:pStyle w:val="ListBullet"/>
      </w:pPr>
      <w:r>
        <w:t>SMS/LMS 즉시/예약 발송</w:t>
      </w:r>
    </w:p>
    <w:p>
      <w:pPr>
        <w:pStyle w:val="ListBullet"/>
      </w:pPr>
      <w:r>
        <w:t>업체별 메시징 provider 인증정보 등록</w:t>
      </w:r>
    </w:p>
    <w:p>
      <w:pPr>
        <w:pStyle w:val="ListBullet"/>
      </w:pPr>
      <w:r>
        <w:t>템플릿 커스터마이징</w:t>
      </w:r>
    </w:p>
    <w:p>
      <w:pPr>
        <w:pStyle w:val="ListBullet"/>
      </w:pPr>
      <w:r>
        <w:t>발송 이력/기본 리포트</w:t>
      </w:r>
    </w:p>
    <w:p>
      <w:pPr>
        <w:pStyle w:val="ListBullet"/>
      </w:pPr>
      <w:r>
        <w:t>자체 리뷰 랜딩 또는 홈페이지 리뷰 목적지</w:t>
      </w:r>
    </w:p>
    <w:p>
      <w:pPr>
        <w:pStyle w:val="ListBullet"/>
      </w:pPr>
      <w:r>
        <w:t>홈페이지 구축 패키지 상담 연결</w:t>
      </w:r>
    </w:p>
    <w:p>
      <w:pPr>
        <w:pStyle w:val="Heading2"/>
      </w:pPr>
      <w:r>
        <w:t>6.3 Premium 이후</w:t>
      </w:r>
    </w:p>
    <w:p>
      <w:pPr>
        <w:pStyle w:val="ListBullet"/>
      </w:pPr>
      <w:r>
        <w:t>다지점/팀 권한</w:t>
      </w:r>
    </w:p>
    <w:p>
      <w:pPr>
        <w:pStyle w:val="ListBullet"/>
      </w:pPr>
      <w:r>
        <w:t>AI 답글 초안</w:t>
      </w:r>
    </w:p>
    <w:p>
      <w:pPr>
        <w:pStyle w:val="ListBullet"/>
      </w:pPr>
      <w:r>
        <w:t>리뷰 감성분석/키워드 분석</w:t>
      </w:r>
    </w:p>
    <w:p>
      <w:pPr>
        <w:pStyle w:val="ListBullet"/>
      </w:pPr>
      <w:r>
        <w:t>자동 follow-up 2~3회</w:t>
      </w:r>
    </w:p>
    <w:p>
      <w:pPr>
        <w:pStyle w:val="ListBullet"/>
      </w:pPr>
      <w:r>
        <w:t>리뷰 위젯/신뢰배지 고급 커스터마이징</w:t>
      </w:r>
    </w:p>
    <w:p>
      <w:pPr>
        <w:pStyle w:val="ListBullet"/>
      </w:pPr>
      <w:r>
        <w:t>POS/CRM/예약 연동</w:t>
      </w:r>
    </w:p>
    <w:p>
      <w:pPr>
        <w:pStyle w:val="ListBullet"/>
      </w:pPr>
      <w:r>
        <w:t>대행사용/화이트라벨</w:t>
      </w:r>
    </w:p>
    <w:p>
      <w:pPr>
        <w:pStyle w:val="Heading1"/>
      </w:pPr>
      <w:r>
        <w:t>7. 절대 하지 말아야 할 기능</w:t>
      </w:r>
    </w:p>
    <w:p>
      <w:pPr>
        <w:pStyle w:val="ListNumber"/>
      </w:pPr>
      <w:r>
        <w:t>리뷰 구매/가짜 리뷰 생성</w:t>
      </w:r>
    </w:p>
    <w:p>
      <w:pPr>
        <w:pStyle w:val="ListNumber"/>
      </w:pPr>
      <w:r>
        <w:t>리뷰 본문 대필 유도</w:t>
      </w:r>
    </w:p>
    <w:p>
      <w:pPr>
        <w:pStyle w:val="ListNumber"/>
      </w:pPr>
      <w:r>
        <w:t>별점 강요</w:t>
      </w:r>
    </w:p>
    <w:p>
      <w:pPr>
        <w:pStyle w:val="ListNumber"/>
      </w:pPr>
      <w:r>
        <w:t>보상 조건 리뷰 자동화</w:t>
      </w:r>
    </w:p>
    <w:p>
      <w:pPr>
        <w:pStyle w:val="ListNumber"/>
      </w:pPr>
      <w:r>
        <w:t>네이버/Google/카카오 리뷰 조작</w:t>
      </w:r>
    </w:p>
    <w:p>
      <w:pPr>
        <w:pStyle w:val="ListNumber"/>
      </w:pPr>
      <w:r>
        <w:t>무동의 대량 문자</w:t>
      </w:r>
    </w:p>
    <w:p>
      <w:pPr>
        <w:pStyle w:val="ListNumber"/>
      </w:pPr>
      <w:r>
        <w:t>발신번호/카카오 채널 우회</w:t>
      </w:r>
    </w:p>
    <w:p>
      <w:pPr>
        <w:pStyle w:val="ListNumber"/>
      </w:pPr>
      <w:r>
        <w:t>고객 개인정보 평문 로그 노출</w:t>
      </w:r>
    </w:p>
    <w:p>
      <w:pPr>
        <w:pStyle w:val="ListNumber"/>
      </w:pPr>
      <w:r>
        <w:t>플랫폼 약관을 무시한 자동 크롤링</w:t>
      </w:r>
    </w:p>
    <w:p>
      <w:pPr>
        <w:pStyle w:val="ListNumber"/>
      </w:pPr>
      <w:r>
        <w:t>참조 사이트 디자인/카피/브랜드를 그대로 복제</w:t>
      </w:r>
    </w:p>
    <w:p>
      <w:pPr>
        <w:pStyle w:val="Heading1"/>
      </w:pPr>
      <w:r>
        <w:t>8. 디자인 비교 메뉴 산출물</w:t>
      </w:r>
    </w:p>
    <w:p>
      <w:pPr>
        <w:pStyle w:val="ListBullet"/>
      </w:pPr>
      <w:r>
        <w:t>파일: `design-reference.html`</w:t>
      </w:r>
    </w:p>
    <w:p>
      <w:pPr>
        <w:pStyle w:val="ListBullet"/>
      </w:pPr>
      <w:r>
        <w:t>위치: ReviewKing repo root</w:t>
      </w:r>
    </w:p>
    <w:p>
      <w:pPr>
        <w:pStyle w:val="ListBullet"/>
      </w:pPr>
      <w:r>
        <w:t>구성:</w:t>
      </w:r>
    </w:p>
    <w:p>
      <w:r>
        <w:t xml:space="preserve">  - 참조 사이트 카테고리 메뉴</w:t>
      </w:r>
    </w:p>
    <w:p>
      <w:r>
        <w:t xml:space="preserve">  - 서비스별 디자인 관찰 카드</w:t>
      </w:r>
    </w:p>
    <w:p>
      <w:r>
        <w:t xml:space="preserve">  - ReviewKing 반영 포인트</w:t>
      </w:r>
    </w:p>
    <w:p>
      <w:r>
        <w:t xml:space="preserve">  - 공식 사이트 바로가기</w:t>
      </w:r>
    </w:p>
    <w:p>
      <w:r>
        <w:t xml:space="preserve">  - “공식 사이트 미리보기 iframe” 영역: 일부 사이트는 보안정책으로 표시가 차단될 수 있으므로 링크 열기를 함께 제공</w:t>
      </w:r>
    </w:p>
    <w:p>
      <w:pPr>
        <w:pStyle w:val="Heading1"/>
      </w:pPr>
      <w:r>
        <w:t>9. 결론</w:t>
      </w:r>
    </w:p>
    <w:p>
      <w:r>
        <w:t>ReviewKing은 **NiceJob의 14일 체험/홈페이지 업셀**, **GatherUp/Birdeye/Podium의 로컬 리뷰 요청 흐름**, **브이리뷰/알파리뷰의 국내 알림톡 리뷰 UX**, **Trustpilot/REVIEWS.io의 신뢰배지/위젯 구조**를 참고하되, 국내 소상공인에게 맞춰 **진심 어린 리뷰 요청 CRM + 리뷰 성장형 홈페이지 패키지**로 차별화해야 합니다.</w:t>
      </w:r>
    </w:p>
    <w:sectPr w:rsidR="00FC693F" w:rsidRPr="0006063C" w:rsidSect="00034616">
      <w:pgSz w:w="15840" w:h="12240" w:orient="landscape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ple SD Gothic Neo" w:hAnsi="Apple SD Gothic Neo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